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nil"/>
          <w:left w:val="nil"/>
          <w:bottom w:val="nil"/>
          <w:right w:val="nil"/>
          <w:insideH w:val="nil"/>
          <w:insideV w:val="nil"/>
        </w:tblBorders>
        <w:tblCellMar>
          <w:top w:w="180" w:type="dxa"/>
          <w:left w:w="260" w:type="dxa"/>
          <w:bottom w:w="180" w:type="dxa"/>
          <w:right w:w="260" w:type="dxa"/>
        </w:tblCellMar>
      </w:tblPr>
      <w:tblGrid>
        <w:gridCol w:w="9638"/>
      </w:tblGrid>
      <w:tr>
        <w:tc>
          <w:tcPr>
            <w:tcW w:type="dxa" w:w="9638"/>
            <w:shd w:val="clear" w:color="auto" w:fill="1E2A78"/>
          </w:tcPr>
          <w:p>
            <w:pPr>
              <w:spacing w:after="40" w:before="0"/>
            </w:pPr>
            <w:r>
              <w:rPr>
                <w:b/>
                <w:color w:val="C7CCF5"/>
                <w:sz w:val="16"/>
              </w:rPr>
              <w:t>SERVICE AGREEMENT  ·  NDIS</w:t>
            </w:r>
          </w:p>
          <w:p>
            <w:pPr>
              <w:spacing w:after="0" w:before="0"/>
            </w:pPr>
            <w:r>
              <w:rPr>
                <w:b/>
                <w:i w:val="0"/>
                <w:color w:val="FFFFFF"/>
                <w:sz w:val="48"/>
              </w:rPr>
              <w:t>NDIS Service Agreement (sole trader)</w:t>
            </w:r>
          </w:p>
        </w:tc>
      </w:tr>
      <w:tr>
        <w:tc>
          <w:tcPr>
            <w:tcW w:type="dxa" w:w="9638"/>
            <w:shd w:val="clear" w:color="auto" w:fill="F1F3FB"/>
          </w:tcPr>
          <w:p>
            <w:pPr>
              <w:spacing w:after="0" w:before="0"/>
            </w:pPr>
            <w:r>
              <w:rPr>
                <w:b w:val="0"/>
                <w:i w:val="0"/>
                <w:sz w:val="22"/>
              </w:rPr>
              <w:t xml:space="preserve">between </w:t>
            </w:r>
            <w:r>
              <w:rPr>
                <w:i w:val="0"/>
                <w:color w:val="1E2A78"/>
                <w:sz w:val="22"/>
                <w:shd w:val="clear" w:color="auto" w:fill="E9EDFC"/>
              </w:rPr>
              <w:t>[participant name]</w:t>
            </w:r>
            <w:r>
              <w:rPr>
                <w:b w:val="0"/>
                <w:i w:val="0"/>
                <w:sz w:val="22"/>
              </w:rPr>
              <w:t xml:space="preserve"> (the participant) and </w:t>
            </w:r>
            <w:r>
              <w:rPr>
                <w:i w:val="0"/>
                <w:color w:val="1E2A78"/>
                <w:sz w:val="22"/>
                <w:shd w:val="clear" w:color="auto" w:fill="E9EDFC"/>
              </w:rPr>
              <w:t>[your name or trading name]</w:t>
            </w:r>
            <w:r>
              <w:rPr>
                <w:b w:val="0"/>
                <w:i w:val="0"/>
                <w:sz w:val="22"/>
              </w:rPr>
              <w:t xml:space="preserve"> (the provider)</w:t>
            </w:r>
          </w:p>
        </w:tc>
      </w:tr>
    </w:tbl>
    <w:p>
      <w:pPr>
        <w:spacing w:after="40" w:before="0" w:line="192" w:lineRule="auto"/>
      </w:pPr>
    </w:p>
    <w:p>
      <w:r>
        <w:rPr>
          <w:b w:val="0"/>
          <w:i w:val="0"/>
          <w:color w:val="5A6178"/>
          <w:sz w:val="17"/>
        </w:rPr>
        <w:t>Template version 2026-10 (October 2026). Providers: read the notes on page 2 first, then delete them.</w:t>
      </w:r>
    </w:p>
    <w:p>
      <w:pPr>
        <w:pStyle w:val="Heading2"/>
        <w:pBdr>
          <w:bottom w:val="single" w:sz="8" w:space="4" w:color="D4D8EA"/>
        </w:pBdr>
      </w:pPr>
      <w:r>
        <w:rPr>
          <w:b/>
          <w:i w:val="0"/>
        </w:rPr>
        <w:t>Your agreement on one page</w:t>
      </w:r>
    </w:p>
    <w:p>
      <w:r>
        <w:rPr>
          <w:b w:val="0"/>
          <w:i w:val="0"/>
        </w:rPr>
        <w:t>This page sums up the main points in plain English. The full agreement follows it. If this page and the full agreement say different things, the full agreement applies.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45" w:type="dxa"/>
          <w:left w:w="120" w:type="dxa"/>
          <w:bottom w:w="45" w:type="dxa"/>
          <w:right w:w="120" w:type="dxa"/>
        </w:tblCellMar>
      </w:tblPr>
      <w:tblGrid>
        <w:gridCol w:w="4819"/>
        <w:gridCol w:w="4819"/>
      </w:tblGrid>
      <w:tr>
        <w:trPr>
          <w:cantSplit/>
        </w:trPr>
        <w:tc>
          <w:tcPr>
            <w:tcW w:type="dxa" w:w="9638"/>
            <w:gridSpan w:val="2"/>
            <w:shd w:val="clear" w:color="auto" w:fill="E3E7F7"/>
          </w:tcPr>
          <w:p>
            <w:pPr>
              <w:keepNext/>
              <w:spacing w:after="0" w:before="0"/>
            </w:pPr>
            <w:r>
              <w:rPr>
                <w:b/>
                <w:color w:val="1E2A78"/>
                <w:sz w:val="15"/>
              </w:rPr>
              <w:t>WHO AND WHAT</w:t>
            </w:r>
          </w:p>
        </w:tc>
      </w:tr>
      <w:tr>
        <w:trPr>
          <w:cantSplit/>
          <w:trHeight w:val="312" w:hRule="atLeast"/>
        </w:trPr>
        <w:tc>
          <w:tcPr>
            <w:tcW w:type="dxa" w:w="3084"/>
            <w:shd w:val="clear" w:color="auto" w:fill="F1F3FB"/>
            <w:vAlign w:val="center"/>
          </w:tcPr>
          <w:p>
            <w:pPr>
              <w:spacing w:after="0" w:before="0"/>
            </w:pPr>
            <w:r>
              <w:rPr>
                <w:b/>
                <w:i w:val="0"/>
                <w:color w:val="1E2A78"/>
                <w:sz w:val="18"/>
              </w:rPr>
              <w:t>This agreement is for</w:t>
            </w:r>
          </w:p>
        </w:tc>
        <w:tc>
          <w:tcPr>
            <w:tcW w:type="dxa" w:w="6554"/>
            <w:vAlign w:val="center"/>
          </w:tcPr>
          <w:p>
            <w:pPr>
              <w:spacing w:after="0" w:before="0"/>
            </w:pPr>
            <w:r>
              <w:rPr>
                <w:i w:val="0"/>
                <w:color w:val="1E2A78"/>
                <w:sz w:val="18"/>
                <w:shd w:val="clear" w:color="auto" w:fill="E9EDFC"/>
              </w:rPr>
              <w:t>[participant’s full name]</w:t>
            </w:r>
          </w:p>
        </w:tc>
      </w:tr>
      <w:tr>
        <w:trPr>
          <w:cantSplit/>
          <w:trHeight w:val="312" w:hRule="atLeast"/>
        </w:trPr>
        <w:tc>
          <w:tcPr>
            <w:tcW w:type="dxa" w:w="3084"/>
            <w:shd w:val="clear" w:color="auto" w:fill="F1F3FB"/>
            <w:vAlign w:val="center"/>
          </w:tcPr>
          <w:p>
            <w:pPr>
              <w:spacing w:after="0" w:before="0"/>
            </w:pPr>
            <w:r>
              <w:rPr>
                <w:b/>
                <w:i w:val="0"/>
                <w:color w:val="1E2A78"/>
                <w:sz w:val="18"/>
              </w:rPr>
              <w:t>Your supports are from</w:t>
            </w:r>
          </w:p>
        </w:tc>
        <w:tc>
          <w:tcPr>
            <w:tcW w:type="dxa" w:w="6554"/>
            <w:vAlign w:val="center"/>
          </w:tcPr>
          <w:p>
            <w:pPr>
              <w:spacing w:after="0" w:before="0"/>
            </w:pPr>
            <w:r>
              <w:rPr>
                <w:i w:val="0"/>
                <w:color w:val="1E2A78"/>
                <w:sz w:val="18"/>
                <w:shd w:val="clear" w:color="auto" w:fill="E9EDFC"/>
              </w:rPr>
              <w:t>[your name or trading name]</w:t>
            </w:r>
          </w:p>
        </w:tc>
      </w:tr>
      <w:tr>
        <w:trPr>
          <w:cantSplit/>
          <w:trHeight w:val="312" w:hRule="atLeast"/>
        </w:trPr>
        <w:tc>
          <w:tcPr>
            <w:tcW w:type="dxa" w:w="3084"/>
            <w:shd w:val="clear" w:color="auto" w:fill="F1F3FB"/>
            <w:vAlign w:val="center"/>
          </w:tcPr>
          <w:p>
            <w:pPr>
              <w:spacing w:after="0" w:before="0"/>
            </w:pPr>
            <w:r>
              <w:rPr>
                <w:b/>
                <w:i w:val="0"/>
                <w:color w:val="1E2A78"/>
                <w:sz w:val="18"/>
              </w:rPr>
              <w:t>The supports</w:t>
            </w:r>
          </w:p>
        </w:tc>
        <w:tc>
          <w:tcPr>
            <w:tcW w:type="dxa" w:w="6554"/>
            <w:vAlign w:val="center"/>
          </w:tcPr>
          <w:p>
            <w:pPr>
              <w:spacing w:after="0" w:before="0"/>
            </w:pPr>
            <w:r>
              <w:rPr>
                <w:i w:val="0"/>
                <w:color w:val="1E2A78"/>
                <w:sz w:val="18"/>
                <w:shd w:val="clear" w:color="auto" w:fill="E9EDFC"/>
              </w:rPr>
              <w:t>[what supports, for example personal care and community access]</w:t>
            </w:r>
          </w:p>
        </w:tc>
      </w:tr>
      <w:tr>
        <w:trPr>
          <w:cantSplit/>
          <w:trHeight w:val="312" w:hRule="atLeast"/>
        </w:trPr>
        <w:tc>
          <w:tcPr>
            <w:tcW w:type="dxa" w:w="3084"/>
            <w:shd w:val="clear" w:color="auto" w:fill="F1F3FB"/>
            <w:vAlign w:val="center"/>
          </w:tcPr>
          <w:p>
            <w:pPr>
              <w:spacing w:after="0" w:before="0"/>
            </w:pPr>
            <w:r>
              <w:rPr>
                <w:b/>
                <w:i w:val="0"/>
                <w:color w:val="1E2A78"/>
                <w:sz w:val="18"/>
              </w:rPr>
              <w:t>Where and when</w:t>
            </w:r>
          </w:p>
        </w:tc>
        <w:tc>
          <w:tcPr>
            <w:tcW w:type="dxa" w:w="6554"/>
            <w:vAlign w:val="center"/>
          </w:tcPr>
          <w:p>
            <w:pPr>
              <w:spacing w:after="0" w:before="0"/>
            </w:pPr>
            <w:r>
              <w:rPr>
                <w:i w:val="0"/>
                <w:color w:val="1E2A78"/>
                <w:sz w:val="18"/>
                <w:shd w:val="clear" w:color="auto" w:fill="E9EDFC"/>
              </w:rPr>
              <w:t>[where, which days and how often]</w:t>
            </w:r>
          </w:p>
        </w:tc>
      </w:tr>
      <w:tr>
        <w:trPr>
          <w:cantSplit/>
        </w:trPr>
        <w:tc>
          <w:tcPr>
            <w:tcW w:type="dxa" w:w="9638"/>
            <w:gridSpan w:val="2"/>
            <w:shd w:val="clear" w:color="auto" w:fill="E3E7F7"/>
          </w:tcPr>
          <w:p>
            <w:pPr>
              <w:keepNext/>
              <w:spacing w:after="0" w:before="0"/>
            </w:pPr>
            <w:r>
              <w:rPr>
                <w:b/>
                <w:color w:val="1E2A78"/>
                <w:sz w:val="15"/>
              </w:rPr>
              <w:t>COST</w:t>
            </w:r>
          </w:p>
        </w:tc>
      </w:tr>
      <w:tr>
        <w:trPr>
          <w:cantSplit/>
          <w:trHeight w:val="312" w:hRule="atLeast"/>
        </w:trPr>
        <w:tc>
          <w:tcPr>
            <w:tcW w:type="dxa" w:w="3084"/>
            <w:shd w:val="clear" w:color="auto" w:fill="F1F3FB"/>
            <w:vAlign w:val="center"/>
          </w:tcPr>
          <w:p>
            <w:pPr>
              <w:spacing w:after="0" w:before="0"/>
            </w:pPr>
            <w:r>
              <w:rPr>
                <w:b/>
                <w:i w:val="0"/>
                <w:color w:val="1E2A78"/>
                <w:sz w:val="18"/>
              </w:rPr>
              <w:t>What it costs</w:t>
            </w:r>
          </w:p>
        </w:tc>
        <w:tc>
          <w:tcPr>
            <w:tcW w:type="dxa" w:w="6554"/>
            <w:vAlign w:val="center"/>
          </w:tcPr>
          <w:p>
            <w:pPr>
              <w:spacing w:after="40" w:before="0"/>
            </w:pPr>
            <w:r>
              <w:rPr>
                <w:b w:val="0"/>
                <w:i w:val="0"/>
                <w:sz w:val="18"/>
              </w:rPr>
              <w:t xml:space="preserve">About </w:t>
            </w:r>
            <w:r>
              <w:rPr>
                <w:i w:val="0"/>
                <w:color w:val="1E2A78"/>
                <w:sz w:val="18"/>
                <w:shd w:val="clear" w:color="auto" w:fill="E9EDFC"/>
              </w:rPr>
              <w:t>[amount]</w:t>
            </w:r>
            <w:r>
              <w:rPr>
                <w:b w:val="0"/>
                <w:i w:val="0"/>
                <w:sz w:val="18"/>
              </w:rPr>
              <w:t xml:space="preserve"> each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week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month</w:t>
            </w:r>
          </w:p>
          <w:p>
            <w:pPr>
              <w:spacing w:after="40" w:before="0"/>
            </w:pPr>
            <w:r>
              <w:rPr>
                <w:b w:val="0"/>
                <w:i w:val="0"/>
                <w:sz w:val="18"/>
              </w:rPr>
              <w:t xml:space="preserve">Paid from your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NDIA‑managed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plan‑managed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self‑managed funding</w:t>
            </w:r>
          </w:p>
          <w:p>
            <w:pPr>
              <w:spacing w:after="0" w:before="0"/>
            </w:pPr>
            <w:r>
              <w:rPr>
                <w:b w:val="0"/>
                <w:i w:val="0"/>
                <w:sz w:val="18"/>
              </w:rPr>
              <w:t>Full prices are in Attachment A.</w:t>
            </w:r>
          </w:p>
        </w:tc>
      </w:tr>
      <w:tr>
        <w:trPr>
          <w:cantSplit/>
          <w:trHeight w:val="312" w:hRule="atLeast"/>
        </w:trPr>
        <w:tc>
          <w:tcPr>
            <w:tcW w:type="dxa" w:w="3084"/>
            <w:shd w:val="clear" w:color="auto" w:fill="F1F3FB"/>
            <w:vAlign w:val="center"/>
          </w:tcPr>
          <w:p>
            <w:pPr>
              <w:spacing w:after="0" w:before="0"/>
            </w:pPr>
            <w:r>
              <w:rPr>
                <w:b/>
                <w:i w:val="0"/>
                <w:color w:val="1E2A78"/>
                <w:sz w:val="18"/>
              </w:rPr>
              <w:t>Extra charges you agreed to</w:t>
            </w:r>
          </w:p>
        </w:tc>
        <w:tc>
          <w:tcPr>
            <w:tcW w:type="dxa" w:w="6554"/>
            <w:vAlign w:val="center"/>
          </w:tcPr>
          <w:p>
            <w:pPr>
              <w:spacing w:after="40" w:before="0"/>
            </w:pP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None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Provider travel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Telehealth</w:t>
            </w:r>
          </w:p>
          <w:p>
            <w:pPr>
              <w:spacing w:after="40" w:before="0"/>
            </w:pP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Non‑face‑to‑face work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NDIA requested reports</w:t>
            </w:r>
          </w:p>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Other: </w:t>
            </w:r>
            <w:r>
              <w:rPr>
                <w:i w:val="0"/>
                <w:color w:val="1E2A78"/>
                <w:sz w:val="18"/>
                <w:shd w:val="clear" w:color="auto" w:fill="E9EDFC"/>
              </w:rPr>
              <w:t>[other]</w:t>
            </w:r>
            <w:r>
              <w:rPr>
                <w:b w:val="0"/>
                <w:i w:val="0"/>
                <w:sz w:val="18"/>
              </w:rPr>
              <w:t xml:space="preserve"> (clause 8)</w:t>
            </w:r>
          </w:p>
        </w:tc>
      </w:tr>
      <w:tr>
        <w:trPr>
          <w:cantSplit/>
        </w:trPr>
        <w:tc>
          <w:tcPr>
            <w:tcW w:type="dxa" w:w="9638"/>
            <w:gridSpan w:val="2"/>
            <w:shd w:val="clear" w:color="auto" w:fill="E3E7F7"/>
          </w:tcPr>
          <w:p>
            <w:pPr>
              <w:keepNext/>
              <w:spacing w:after="0" w:before="0"/>
            </w:pPr>
            <w:r>
              <w:rPr>
                <w:b/>
                <w:color w:val="1E2A78"/>
                <w:sz w:val="15"/>
              </w:rPr>
              <w:t>CANCELLING, DATES AND CHANGES</w:t>
            </w:r>
          </w:p>
        </w:tc>
      </w:tr>
      <w:tr>
        <w:trPr>
          <w:cantSplit/>
          <w:trHeight w:val="312" w:hRule="atLeast"/>
        </w:trPr>
        <w:tc>
          <w:tcPr>
            <w:tcW w:type="dxa" w:w="3084"/>
            <w:shd w:val="clear" w:color="auto" w:fill="F1F3FB"/>
            <w:vAlign w:val="center"/>
          </w:tcPr>
          <w:p>
            <w:pPr>
              <w:spacing w:after="0" w:before="0"/>
            </w:pPr>
            <w:r>
              <w:rPr>
                <w:b/>
                <w:i w:val="0"/>
                <w:color w:val="1E2A78"/>
                <w:sz w:val="18"/>
              </w:rPr>
              <w:t>If you need to cancel</w:t>
            </w:r>
          </w:p>
        </w:tc>
        <w:tc>
          <w:tcPr>
            <w:tcW w:type="dxa" w:w="6554"/>
            <w:vAlign w:val="center"/>
          </w:tcPr>
          <w:p>
            <w:pPr>
              <w:spacing w:after="40" w:before="0"/>
            </w:pPr>
            <w:r>
              <w:rPr>
                <w:b w:val="0"/>
                <w:i w:val="0"/>
                <w:sz w:val="18"/>
              </w:rPr>
              <w:t xml:space="preserve">Tell </w:t>
            </w:r>
            <w:r>
              <w:rPr>
                <w:i w:val="0"/>
                <w:color w:val="1E2A78"/>
                <w:sz w:val="18"/>
                <w:shd w:val="clear" w:color="auto" w:fill="E9EDFC"/>
              </w:rPr>
              <w:t>[name]</w:t>
            </w:r>
            <w:r>
              <w:rPr>
                <w:b w:val="0"/>
                <w:i w:val="0"/>
                <w:sz w:val="18"/>
              </w:rPr>
              <w:t xml:space="preserve"> at least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7 days </w:t>
            </w:r>
            <w:r>
              <w:rPr>
                <w:sz w:val="18"/>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8"/>
                  </w:rPr>
                  <w:t>☐</w:t>
                </w:r>
              </w:sdtContent>
            </w:sdt>
            <w:r>
              <w:rPr>
                <w:b w:val="0"/>
                <w:i w:val="0"/>
                <w:sz w:val="18"/>
              </w:rPr>
              <w:t xml:space="preserve"> 2 clear business days before.</w:t>
            </w:r>
          </w:p>
          <w:p>
            <w:pPr>
              <w:spacing w:after="0" w:before="0"/>
            </w:pPr>
            <w:r>
              <w:rPr>
                <w:b w:val="0"/>
                <w:i w:val="0"/>
                <w:sz w:val="18"/>
              </w:rPr>
              <w:t xml:space="preserve">If you cancel later, or are not there when I arrive, I may charge up to </w:t>
            </w:r>
            <w:r>
              <w:rPr>
                <w:i w:val="0"/>
                <w:color w:val="1E2A78"/>
                <w:sz w:val="18"/>
                <w:shd w:val="clear" w:color="auto" w:fill="E9EDFC"/>
              </w:rPr>
              <w:t>[100]</w:t>
            </w:r>
            <w:r>
              <w:rPr>
                <w:b w:val="0"/>
                <w:i w:val="0"/>
                <w:sz w:val="18"/>
              </w:rPr>
              <w:t>% of the price (clause 9).</w:t>
            </w:r>
          </w:p>
        </w:tc>
      </w:tr>
      <w:tr>
        <w:trPr>
          <w:cantSplit/>
          <w:trHeight w:val="312" w:hRule="atLeast"/>
        </w:trPr>
        <w:tc>
          <w:tcPr>
            <w:tcW w:type="dxa" w:w="3084"/>
            <w:shd w:val="clear" w:color="auto" w:fill="F1F3FB"/>
            <w:vAlign w:val="center"/>
          </w:tcPr>
          <w:p>
            <w:pPr>
              <w:spacing w:after="0" w:before="0"/>
            </w:pPr>
            <w:r>
              <w:rPr>
                <w:b/>
                <w:i w:val="0"/>
                <w:color w:val="1E2A78"/>
                <w:sz w:val="18"/>
              </w:rPr>
              <w:t>Dates</w:t>
            </w:r>
          </w:p>
        </w:tc>
        <w:tc>
          <w:tcPr>
            <w:tcW w:type="dxa" w:w="6554"/>
            <w:vAlign w:val="center"/>
          </w:tcPr>
          <w:p>
            <w:pPr>
              <w:spacing w:after="40" w:before="0"/>
            </w:pPr>
            <w:r>
              <w:rPr>
                <w:b w:val="0"/>
                <w:i w:val="0"/>
                <w:sz w:val="18"/>
              </w:rPr>
              <w:t xml:space="preserve">Starts </w:t>
            </w:r>
            <w:r>
              <w:rPr>
                <w:i w:val="0"/>
                <w:color w:val="1E2A78"/>
                <w:sz w:val="18"/>
                <w:shd w:val="clear" w:color="auto" w:fill="E9EDFC"/>
              </w:rPr>
              <w:t>[date]</w:t>
            </w:r>
            <w:r>
              <w:rPr>
                <w:b w:val="0"/>
                <w:i w:val="0"/>
                <w:sz w:val="18"/>
              </w:rPr>
              <w:t xml:space="preserve">  Ends </w:t>
            </w:r>
            <w:r>
              <w:rPr>
                <w:i w:val="0"/>
                <w:color w:val="1E2A78"/>
                <w:sz w:val="18"/>
                <w:shd w:val="clear" w:color="auto" w:fill="E9EDFC"/>
              </w:rPr>
              <w:t>[date]</w:t>
            </w:r>
          </w:p>
          <w:p>
            <w:pPr>
              <w:spacing w:after="0" w:before="0"/>
            </w:pPr>
            <w:r>
              <w:rPr>
                <w:b w:val="0"/>
                <w:i w:val="0"/>
                <w:sz w:val="18"/>
              </w:rPr>
              <w:t xml:space="preserve">Review with you by </w:t>
            </w:r>
            <w:r>
              <w:rPr>
                <w:i w:val="0"/>
                <w:color w:val="1E2A78"/>
                <w:sz w:val="18"/>
                <w:shd w:val="clear" w:color="auto" w:fill="E9EDFC"/>
              </w:rPr>
              <w:t>[date]</w:t>
            </w:r>
          </w:p>
        </w:tc>
      </w:tr>
      <w:tr>
        <w:trPr>
          <w:cantSplit/>
          <w:trHeight w:val="312" w:hRule="atLeast"/>
        </w:trPr>
        <w:tc>
          <w:tcPr>
            <w:tcW w:type="dxa" w:w="3084"/>
            <w:shd w:val="clear" w:color="auto" w:fill="F1F3FB"/>
            <w:vAlign w:val="center"/>
          </w:tcPr>
          <w:p>
            <w:pPr>
              <w:spacing w:after="0" w:before="0"/>
            </w:pPr>
            <w:r>
              <w:rPr>
                <w:b/>
                <w:i w:val="0"/>
                <w:color w:val="1E2A78"/>
                <w:sz w:val="18"/>
              </w:rPr>
              <w:t>Changing or ending it</w:t>
            </w:r>
          </w:p>
        </w:tc>
        <w:tc>
          <w:tcPr>
            <w:tcW w:type="dxa" w:w="6554"/>
            <w:vAlign w:val="center"/>
          </w:tcPr>
          <w:p>
            <w:pPr>
              <w:spacing w:after="0" w:before="0"/>
            </w:pPr>
            <w:r>
              <w:rPr>
                <w:b w:val="0"/>
                <w:i w:val="0"/>
                <w:sz w:val="18"/>
              </w:rPr>
              <w:t xml:space="preserve">Any change needs both of us to agree in writing. You can end this agreement by giving </w:t>
            </w:r>
            <w:r>
              <w:rPr>
                <w:i w:val="0"/>
                <w:color w:val="1E2A78"/>
                <w:sz w:val="18"/>
                <w:shd w:val="clear" w:color="auto" w:fill="E9EDFC"/>
              </w:rPr>
              <w:t>[14]</w:t>
            </w:r>
            <w:r>
              <w:rPr>
                <w:b w:val="0"/>
                <w:i w:val="0"/>
                <w:sz w:val="18"/>
              </w:rPr>
              <w:t xml:space="preserve"> days’ notice. There is no exit fee.</w:t>
            </w:r>
          </w:p>
        </w:tc>
      </w:tr>
      <w:tr>
        <w:trPr>
          <w:cantSplit/>
        </w:trPr>
        <w:tc>
          <w:tcPr>
            <w:tcW w:type="dxa" w:w="9638"/>
            <w:gridSpan w:val="2"/>
            <w:shd w:val="clear" w:color="auto" w:fill="E3E7F7"/>
          </w:tcPr>
          <w:p>
            <w:pPr>
              <w:keepNext/>
              <w:spacing w:after="0" w:before="0"/>
            </w:pPr>
            <w:r>
              <w:rPr>
                <w:b/>
                <w:color w:val="1E2A78"/>
                <w:sz w:val="15"/>
              </w:rPr>
              <w:t>HELP AND SAFETY</w:t>
            </w:r>
          </w:p>
        </w:tc>
      </w:tr>
      <w:tr>
        <w:trPr>
          <w:cantSplit/>
          <w:trHeight w:val="312" w:hRule="atLeast"/>
        </w:trPr>
        <w:tc>
          <w:tcPr>
            <w:tcW w:type="dxa" w:w="3084"/>
            <w:shd w:val="clear" w:color="auto" w:fill="F1F3FB"/>
            <w:vAlign w:val="center"/>
          </w:tcPr>
          <w:p>
            <w:pPr>
              <w:spacing w:after="0" w:before="0"/>
            </w:pPr>
            <w:r>
              <w:rPr>
                <w:b/>
                <w:i w:val="0"/>
                <w:color w:val="1E2A78"/>
                <w:sz w:val="18"/>
              </w:rPr>
              <w:t>If something goes wrong</w:t>
            </w:r>
          </w:p>
        </w:tc>
        <w:tc>
          <w:tcPr>
            <w:tcW w:type="dxa" w:w="6554"/>
            <w:vAlign w:val="center"/>
          </w:tcPr>
          <w:p>
            <w:pPr>
              <w:spacing w:after="40" w:before="0"/>
            </w:pPr>
            <w:r>
              <w:rPr>
                <w:b w:val="0"/>
                <w:i w:val="0"/>
                <w:sz w:val="18"/>
              </w:rPr>
              <w:t xml:space="preserve">Talk to </w:t>
            </w:r>
            <w:r>
              <w:rPr>
                <w:i w:val="0"/>
                <w:color w:val="1E2A78"/>
                <w:sz w:val="18"/>
                <w:shd w:val="clear" w:color="auto" w:fill="E9EDFC"/>
              </w:rPr>
              <w:t>[name and phone]</w:t>
            </w:r>
          </w:p>
          <w:p>
            <w:pPr>
              <w:spacing w:after="0" w:before="0"/>
            </w:pPr>
            <w:r>
              <w:rPr>
                <w:b w:val="0"/>
                <w:i w:val="0"/>
                <w:sz w:val="18"/>
              </w:rPr>
              <w:t>You can also contact the NDIS Quality and Safeguards Commission on 1800 035 544 (TTY 133 677).</w:t>
            </w:r>
          </w:p>
        </w:tc>
      </w:tr>
      <w:tr>
        <w:trPr>
          <w:cantSplit/>
          <w:trHeight w:val="312" w:hRule="atLeast"/>
        </w:trPr>
        <w:tc>
          <w:tcPr>
            <w:tcW w:type="dxa" w:w="3084"/>
            <w:shd w:val="clear" w:color="auto" w:fill="F1F3FB"/>
            <w:vAlign w:val="center"/>
          </w:tcPr>
          <w:p>
            <w:pPr>
              <w:spacing w:after="0" w:before="0"/>
            </w:pPr>
            <w:r>
              <w:rPr>
                <w:b/>
                <w:i w:val="0"/>
                <w:color w:val="1E2A78"/>
                <w:sz w:val="18"/>
              </w:rPr>
              <w:t>In an emergency or disaster</w:t>
            </w:r>
          </w:p>
        </w:tc>
        <w:tc>
          <w:tcPr>
            <w:tcW w:type="dxa" w:w="6554"/>
            <w:vAlign w:val="center"/>
          </w:tcPr>
          <w:p>
            <w:pPr>
              <w:spacing w:after="0" w:before="0"/>
            </w:pPr>
            <w:r>
              <w:rPr>
                <w:b w:val="0"/>
                <w:i w:val="0"/>
                <w:sz w:val="18"/>
              </w:rPr>
              <w:t xml:space="preserve">I will contact you by </w:t>
            </w:r>
            <w:r>
              <w:rPr>
                <w:i w:val="0"/>
                <w:color w:val="1E2A78"/>
                <w:sz w:val="18"/>
                <w:shd w:val="clear" w:color="auto" w:fill="E9EDFC"/>
              </w:rPr>
              <w:t>[how]</w:t>
            </w:r>
            <w:r>
              <w:rPr>
                <w:b w:val="0"/>
                <w:i w:val="0"/>
                <w:sz w:val="18"/>
              </w:rPr>
              <w:t>. Your critical supports are listed in clause 11.</w:t>
            </w:r>
          </w:p>
        </w:tc>
      </w:tr>
    </w:tbl>
    <w:p>
      <w:pPr>
        <w:spacing w:after="80" w:before="0" w:line="192" w:lineRule="auto"/>
      </w:pPr>
    </w:p>
    <w:p>
      <w:r>
        <w:rPr>
          <w:b w:val="0"/>
          <w:i w:val="0"/>
          <w:color w:val="5A6178"/>
          <w:sz w:val="17"/>
        </w:rPr>
        <w:t>You can ask for this agreement in another language or format, such as Easy Read or large print, and for an interpreter.</w:t>
      </w:r>
    </w:p>
    <w:p>
      <w:r>
        <w:br w:type="page"/>
      </w:r>
    </w:p>
    <w:p>
      <w:pPr>
        <w:pStyle w:val="Heading2"/>
        <w:pBdr>
          <w:bottom w:val="single" w:sz="8" w:space="4" w:color="D4D8EA"/>
        </w:pBdr>
      </w:pPr>
      <w:r>
        <w:rPr>
          <w:b/>
          <w:i w:val="0"/>
        </w:rPr>
        <w:t>Notes for the provider</w:t>
      </w:r>
    </w:p>
    <w:tbl>
      <w:tblPr>
        <w:tblW w:type="auto" w:w="0"/>
        <w:jc w:val="center"/>
        <w:tblLook w:firstColumn="1" w:firstRow="1" w:lastColumn="0" w:lastRow="0" w:noHBand="0" w:noVBand="1" w:val="04A0"/>
        <w:tblBorders>
          <w:top w:val="nil"/>
          <w:left w:val="single" w:sz="18" w:color="F59E0B"/>
          <w:bottom w:val="nil"/>
          <w:right w:val="nil"/>
          <w:insideH w:val="nil"/>
          <w:insideV w:val="nil"/>
        </w:tblBorders>
        <w:tblCellMar>
          <w:top w:w="140" w:type="dxa"/>
          <w:left w:w="220" w:type="dxa"/>
          <w:bottom w:w="120" w:type="dxa"/>
          <w:right w:w="200" w:type="dxa"/>
        </w:tblCellMar>
      </w:tblPr>
      <w:tblGrid>
        <w:gridCol w:w="9638"/>
      </w:tblGrid>
      <w:tr>
        <w:trPr>
          <w:cantSplit/>
        </w:trPr>
        <w:tc>
          <w:tcPr>
            <w:tcW w:type="dxa" w:w="9638"/>
            <w:shd w:val="clear" w:color="auto" w:fill="FFF8EB"/>
          </w:tcPr>
          <w:p>
            <w:pPr>
              <w:spacing w:after="80" w:before="0"/>
            </w:pPr>
            <w:r>
              <w:rPr>
                <w:b/>
                <w:color w:val="8A4B08"/>
                <w:sz w:val="16"/>
              </w:rPr>
              <w:t xml:space="preserve">FOR THE PROVIDER  </w:t>
            </w:r>
            <w:r>
              <w:rPr>
                <w:b/>
                <w:i w:val="0"/>
                <w:color w:val="8A4B08"/>
                <w:sz w:val="19"/>
              </w:rPr>
              <w:t>Delete this box before you give the agreement to the participant.</w:t>
            </w:r>
          </w:p>
          <w:p>
            <w:pPr>
              <w:pStyle w:val="ListBullet"/>
              <w:spacing w:after="60" w:before="0"/>
            </w:pPr>
            <w:r>
              <w:rPr>
                <w:b w:val="0"/>
                <w:i w:val="0"/>
                <w:sz w:val="19"/>
              </w:rPr>
              <w:t>Replace every field in [square brackets] (Word) or every blank (PDF), tick what applies, and delete optional parts you do not use. Tick only the extra charges in clause 8 you will actually claim; the free builder at rostery.com.au/tools/ndis-service-agreement-template shows which charges each 2026-27 support item allows.</w:t>
            </w:r>
          </w:p>
          <w:p>
            <w:pPr>
              <w:pStyle w:val="ListBullet"/>
              <w:spacing w:after="60" w:before="0"/>
            </w:pPr>
            <w:r>
              <w:rPr>
                <w:b w:val="0"/>
                <w:i w:val="0"/>
                <w:sz w:val="19"/>
              </w:rPr>
              <w:t>If you are not a registered NDIS provider, you cannot be paid for NDIA-managed supports, so this version is set up for plan-managed and self-managed participants.</w:t>
            </w:r>
          </w:p>
          <w:p>
            <w:pPr>
              <w:pStyle w:val="ListBullet"/>
              <w:spacing w:after="60" w:before="0"/>
            </w:pPr>
            <w:r>
              <w:rPr>
                <w:b w:val="0"/>
                <w:i w:val="0"/>
                <w:sz w:val="19"/>
              </w:rPr>
              <w:t>Check agreed prices against the NDIS Pricing Schedule in force on the day of each support. In October 2026 the latest published claiming guidance is the NDIS Pricing Arrangements and Price Limits 2025-26 (version 1.1); the NDIA has said updated guidance will be published.</w:t>
            </w:r>
          </w:p>
          <w:p>
            <w:pPr>
              <w:pStyle w:val="ListBullet"/>
              <w:spacing w:after="60" w:before="0"/>
            </w:pPr>
            <w:r>
              <w:rPr>
                <w:b w:val="0"/>
                <w:i w:val="0"/>
                <w:sz w:val="19"/>
              </w:rPr>
              <w:t>Parts marked “Optional” are Rostery’s suggestions, not NDIS rules. This template does not cover SDA or Support at Home (aged care).</w:t>
            </w:r>
          </w:p>
          <w:p>
            <w:pPr>
              <w:pStyle w:val="ListBullet"/>
              <w:spacing w:after="60" w:before="0"/>
            </w:pPr>
            <w:r>
              <w:rPr>
                <w:b w:val="0"/>
                <w:i w:val="0"/>
                <w:sz w:val="19"/>
              </w:rPr>
              <w:t>General information, not legal advice. Not endorsed by the NDIA or the NDIS Commission. Version 2026-10, checked 23 October 2026. Free from rostery.com.au/tools/ndis-service-agreement-template.</w:t>
            </w:r>
          </w:p>
        </w:tc>
      </w:tr>
    </w:tbl>
    <w:p>
      <w:pPr>
        <w:spacing w:after="80" w:before="0" w:line="192" w:lineRule="auto"/>
      </w:pPr>
    </w:p>
    <w:p>
      <w:pPr>
        <w:pStyle w:val="Heading2"/>
        <w:pBdr>
          <w:bottom w:val="single" w:sz="8" w:space="4" w:color="D4D8EA"/>
        </w:pBdr>
      </w:pPr>
      <w:r>
        <w:rPr>
          <w:b/>
          <w:i w:val="0"/>
        </w:rPr>
        <w:t>Before you sign</w:t>
      </w:r>
    </w:p>
    <w:p>
      <w:r>
        <w:rPr>
          <w:b w:val="0"/>
          <w:i w:val="0"/>
        </w:rPr>
        <w:t>Please read this agreement before you sign it. You can take as long as you need, ask me to explain any part of it, ask for it in another language or format or with an interpreter, have someone you trust help you, and get independent advice, including legal advice. The extra charges in clause 8 apply only if you tick them.</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Participant or representative:</w:t>
      </w:r>
      <w:r>
        <w:rPr>
          <w:b w:val="0"/>
          <w:i w:val="0"/>
        </w:rPr>
        <w:t xml:space="preserve"> I had time to read this agreement and ask questions, it was explained in a way I understand, and I know I can get advice and have someone help me.</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Provider:</w:t>
      </w:r>
      <w:r>
        <w:rPr>
          <w:b w:val="0"/>
          <w:i w:val="0"/>
        </w:rPr>
        <w:t xml:space="preserve"> I explained this agreement, answered the participant’s questions, and offered it in their preferred language and format, with an interpreter if they needed one.</w:t>
      </w:r>
    </w:p>
    <w:p>
      <w:pPr>
        <w:pStyle w:val="Heading2"/>
        <w:pBdr>
          <w:bottom w:val="single" w:sz="8" w:space="4" w:color="D4D8EA"/>
        </w:pBdr>
      </w:pPr>
      <w:r>
        <w:rPr>
          <w:b/>
          <w:color w:val="4F46E5"/>
        </w:rPr>
        <w:t xml:space="preserve">1  </w:t>
      </w:r>
      <w:r>
        <w:rPr>
          <w:b/>
          <w:i w:val="0"/>
        </w:rPr>
        <w:t>About this agreement</w:t>
      </w:r>
    </w:p>
    <w:p>
      <w:pPr>
        <w:tabs>
          <w:tab w:pos="624" w:val="left"/>
        </w:tabs>
        <w:ind w:left="624" w:hanging="624"/>
      </w:pPr>
      <w:r>
        <w:rPr>
          <w:b/>
          <w:color w:val="1E2A78"/>
          <w:sz w:val="19"/>
        </w:rPr>
        <w:t>1.1</w:t>
        <w:tab/>
      </w:r>
      <w:r>
        <w:rPr>
          <w:b w:val="0"/>
          <w:i w:val="0"/>
        </w:rPr>
        <w:t>This is a service agreement between you, the participant, and me, the provider. It sets out the supports I will provide, what they cost and what each of us agrees to do. Before I start, I will check with you that the supports are in your NDIS plan and funded.</w:t>
      </w:r>
    </w:p>
    <w:p>
      <w:pPr>
        <w:tabs>
          <w:tab w:pos="624" w:val="left"/>
        </w:tabs>
        <w:ind w:left="624" w:hanging="624"/>
      </w:pPr>
      <w:r>
        <w:rPr>
          <w:b/>
          <w:color w:val="1E2A78"/>
          <w:sz w:val="19"/>
        </w:rPr>
        <w:t>1.2</w:t>
        <w:tab/>
      </w:r>
      <w:r>
        <w:rPr>
          <w:b w:val="0"/>
          <w:i w:val="0"/>
        </w:rPr>
        <w:t>I will deliver the supports in line with the NDIS Code of Conduct, and the NDIS Practice Standards if I am registered.</w:t>
      </w:r>
    </w:p>
    <w:p>
      <w:pPr>
        <w:tabs>
          <w:tab w:pos="624" w:val="left"/>
        </w:tabs>
        <w:ind w:left="624" w:hanging="624"/>
      </w:pPr>
      <w:r>
        <w:rPr>
          <w:b/>
          <w:color w:val="1E2A78"/>
          <w:sz w:val="19"/>
        </w:rPr>
        <w:t>1.3</w:t>
        <w:tab/>
      </w:r>
      <w:r>
        <w:rPr>
          <w:b w:val="0"/>
          <w:i w:val="0"/>
        </w:rPr>
        <w:t>This agreement does not take away any of your rights under the Australian Consumer Law, the NDIS Code of Conduct or any other law. If a part of it conflicts with those rights, your rights apply instead.</w:t>
      </w:r>
    </w:p>
    <w:p>
      <w:pPr>
        <w:tabs>
          <w:tab w:pos="624" w:val="left"/>
        </w:tabs>
        <w:ind w:left="624" w:hanging="624"/>
      </w:pPr>
      <w:r>
        <w:rPr>
          <w:b/>
          <w:color w:val="1E2A78"/>
          <w:sz w:val="19"/>
        </w:rPr>
        <w:t>1.4</w:t>
        <w:tab/>
      </w:r>
      <w:r>
        <w:rPr>
          <w:b w:val="0"/>
          <w:i w:val="0"/>
        </w:rPr>
        <w:t>The NDIA is not a party to this agreement. It does not keep or enforce service agreements, and you do not need to send it a copy.</w:t>
      </w:r>
    </w:p>
    <w:p>
      <w:pPr>
        <w:pStyle w:val="Heading2"/>
        <w:pBdr>
          <w:bottom w:val="single" w:sz="8" w:space="4" w:color="D4D8EA"/>
        </w:pBdr>
      </w:pPr>
      <w:r>
        <w:rPr>
          <w:b/>
          <w:color w:val="4F46E5"/>
        </w:rPr>
        <w:t xml:space="preserve">2  </w:t>
      </w:r>
      <w:r>
        <w:rPr>
          <w:b/>
          <w:i w:val="0"/>
        </w:rPr>
        <w:t>Words used in this agreement</w:t>
      </w:r>
    </w:p>
    <w:p>
      <w:pPr>
        <w:pStyle w:val="ListBullet"/>
      </w:pPr>
      <w:r>
        <w:rPr>
          <w:b/>
          <w:i w:val="0"/>
        </w:rPr>
        <w:t>you</w:t>
      </w:r>
      <w:r>
        <w:rPr>
          <w:b w:val="0"/>
          <w:i w:val="0"/>
        </w:rPr>
        <w:t xml:space="preserve"> and </w:t>
      </w:r>
      <w:r>
        <w:rPr>
          <w:b/>
          <w:i w:val="0"/>
        </w:rPr>
        <w:t>your</w:t>
      </w:r>
      <w:r>
        <w:rPr>
          <w:b w:val="0"/>
          <w:i w:val="0"/>
        </w:rPr>
        <w:t xml:space="preserve"> mean the participant, and their representative when the representative acts for them.</w:t>
      </w:r>
    </w:p>
    <w:p>
      <w:pPr>
        <w:pStyle w:val="ListBullet"/>
      </w:pPr>
      <w:r>
        <w:rPr>
          <w:b/>
          <w:i w:val="0"/>
        </w:rPr>
        <w:t>I</w:t>
      </w:r>
      <w:r>
        <w:rPr>
          <w:b w:val="0"/>
          <w:i w:val="0"/>
        </w:rPr>
        <w:t xml:space="preserve">, </w:t>
      </w:r>
      <w:r>
        <w:rPr>
          <w:b/>
          <w:i w:val="0"/>
        </w:rPr>
        <w:t>me</w:t>
      </w:r>
      <w:r>
        <w:rPr>
          <w:b w:val="0"/>
          <w:i w:val="0"/>
        </w:rPr>
        <w:t xml:space="preserve"> and </w:t>
      </w:r>
      <w:r>
        <w:rPr>
          <w:b/>
          <w:i w:val="0"/>
        </w:rPr>
        <w:t>my</w:t>
      </w:r>
      <w:r>
        <w:rPr>
          <w:b w:val="0"/>
          <w:i w:val="0"/>
        </w:rPr>
        <w:t xml:space="preserve"> mean the provider named in clause 3.</w:t>
      </w:r>
    </w:p>
    <w:p>
      <w:pPr>
        <w:pStyle w:val="ListBullet"/>
      </w:pPr>
      <w:r>
        <w:rPr>
          <w:b/>
          <w:i w:val="0"/>
        </w:rPr>
        <w:t>supports</w:t>
      </w:r>
      <w:r>
        <w:rPr>
          <w:b w:val="0"/>
          <w:i w:val="0"/>
        </w:rPr>
        <w:t xml:space="preserve"> means the supports in the Schedule of Supports (Attachment A).</w:t>
      </w:r>
    </w:p>
    <w:p>
      <w:pPr>
        <w:pStyle w:val="ListBullet"/>
      </w:pPr>
      <w:r>
        <w:rPr>
          <w:b/>
          <w:i w:val="0"/>
        </w:rPr>
        <w:t>Pricing Schedule</w:t>
      </w:r>
      <w:r>
        <w:rPr>
          <w:b w:val="0"/>
          <w:i w:val="0"/>
        </w:rPr>
        <w:t xml:space="preserve"> and </w:t>
      </w:r>
      <w:r>
        <w:rPr>
          <w:b/>
          <w:i w:val="0"/>
        </w:rPr>
        <w:t>claiming rules</w:t>
      </w:r>
      <w:r>
        <w:rPr>
          <w:b w:val="0"/>
          <w:i w:val="0"/>
        </w:rPr>
        <w:t xml:space="preserve"> mean the NDIA’s NDIS Pricing Schedule and its published pricing and claiming guidance in force on the day a support is delivered (in October 2026: the Pricing Schedule 2026-27 and the Pricing Arrangements and Price Limits 2025-26, version 1.1).</w:t>
      </w:r>
    </w:p>
    <w:p>
      <w:pPr>
        <w:pStyle w:val="ListBullet"/>
      </w:pPr>
      <w:r>
        <w:rPr>
          <w:b/>
          <w:i w:val="0"/>
        </w:rPr>
        <w:t>price limit</w:t>
      </w:r>
      <w:r>
        <w:rPr>
          <w:b w:val="0"/>
          <w:i w:val="0"/>
        </w:rPr>
        <w:t xml:space="preserve"> means the most that can be charged for a support under the Pricing Schedule.</w:t>
      </w:r>
    </w:p>
    <w:p>
      <w:pPr>
        <w:pStyle w:val="ListBullet"/>
      </w:pPr>
      <w:r>
        <w:rPr>
          <w:b/>
          <w:i w:val="0"/>
        </w:rPr>
        <w:t>business day</w:t>
      </w:r>
      <w:r>
        <w:rPr>
          <w:b w:val="0"/>
          <w:i w:val="0"/>
        </w:rPr>
        <w:t xml:space="preserve"> means a day that is not a Saturday, Sunday or public holiday in </w:t>
      </w:r>
      <w:r>
        <w:rPr>
          <w:i w:val="0"/>
          <w:color w:val="1E2A78"/>
          <w:shd w:val="clear" w:color="auto" w:fill="E9EDFC"/>
        </w:rPr>
        <w:t>[state or territory]</w:t>
      </w:r>
      <w:r>
        <w:rPr>
          <w:b w:val="0"/>
          <w:i w:val="0"/>
        </w:rPr>
        <w:t>.</w:t>
      </w:r>
    </w:p>
    <w:p>
      <w:pPr>
        <w:pStyle w:val="ListBullet"/>
      </w:pPr>
      <w:r>
        <w:rPr>
          <w:b/>
          <w:i w:val="0"/>
        </w:rPr>
        <w:t>MMM</w:t>
      </w:r>
      <w:r>
        <w:rPr>
          <w:b w:val="0"/>
          <w:i w:val="0"/>
        </w:rPr>
        <w:t xml:space="preserve"> means the Modified Monash Model, the scale the NDIA uses to describe how remote a place is.</w:t>
      </w:r>
    </w:p>
    <w:p>
      <w:pPr>
        <w:pStyle w:val="Heading2"/>
        <w:pBdr>
          <w:bottom w:val="single" w:sz="8" w:space="4" w:color="D4D8EA"/>
        </w:pBdr>
      </w:pPr>
      <w:r>
        <w:rPr>
          <w:b/>
          <w:color w:val="4F46E5"/>
        </w:rPr>
        <w:t xml:space="preserve">3  </w:t>
      </w:r>
      <w:r>
        <w:rPr>
          <w:b/>
          <w:i w:val="0"/>
        </w:rPr>
        <w:t>The parties</w:t>
      </w:r>
    </w:p>
    <w:p>
      <w:pPr>
        <w:pStyle w:val="Heading3"/>
      </w:pPr>
      <w:r>
        <w:rPr>
          <w:b/>
          <w:i w:val="0"/>
        </w:rPr>
        <w:t>The participant</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Full name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NDIS number</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Date of birth</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Phone</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Address</w:t>
            </w:r>
          </w:p>
        </w:tc>
        <w:tc>
          <w:tcPr>
            <w:tcW w:type="dxa" w:w="7807"/>
            <w:gridSpan w:val="3"/>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Email</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Best way to contact you</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Preferred language, and do you need an interpreter?</w:t>
            </w:r>
          </w:p>
        </w:tc>
        <w:tc>
          <w:tcPr>
            <w:tcW w:type="dxa" w:w="7807"/>
            <w:gridSpan w:val="3"/>
          </w:tcPr>
          <w:p>
            <w:pPr>
              <w:spacing w:after="0" w:before="0"/>
            </w:pPr>
          </w:p>
        </w:tc>
      </w:tr>
    </w:tbl>
    <w:p>
      <w:pPr>
        <w:spacing w:after="80" w:before="0" w:line="192" w:lineRule="auto"/>
      </w:pPr>
    </w:p>
    <w:p>
      <w:pPr>
        <w:pStyle w:val="Heading3"/>
      </w:pPr>
      <w:r>
        <w:rPr>
          <w:b/>
          <w:i w:val="0"/>
        </w:rPr>
        <w:t>Representative (if any)</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Name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Relationship</w:t>
            </w:r>
          </w:p>
        </w:tc>
        <w:tc>
          <w:tcPr>
            <w:tcW w:type="dxa" w:w="2988"/>
          </w:tcPr>
          <w:p>
            <w:pPr>
              <w:spacing w:after="0" w:before="0"/>
            </w:pPr>
          </w:p>
        </w:tc>
      </w:tr>
      <w:tr>
        <w:trPr>
          <w:cantSplit/>
          <w:trHeight w:val="425" w:hRule="atLeast"/>
        </w:trPr>
        <w:tc>
          <w:tcPr>
            <w:tcW w:type="dxa" w:w="1831"/>
            <w:shd w:val="clear" w:color="auto" w:fill="F1F3FB"/>
            <w:vAlign w:val="center"/>
          </w:tcPr>
          <w:p>
            <w:pPr>
              <w:spacing w:after="0" w:before="0"/>
            </w:pPr>
            <w:r>
              <w:rPr>
                <w:b/>
                <w:i w:val="0"/>
                <w:color w:val="1E2A78"/>
                <w:sz w:val="19"/>
              </w:rPr>
              <w:t>Type of authority</w:t>
            </w:r>
          </w:p>
        </w:tc>
        <w:tc>
          <w:tcPr>
            <w:tcW w:type="dxa" w:w="7807"/>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Guardian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Plan nominee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Child representative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[type]</w:t>
            </w:r>
          </w:p>
        </w:tc>
      </w:tr>
      <w:tr>
        <w:trPr>
          <w:cantSplit/>
          <w:trHeight w:val="482" w:hRule="atLeast"/>
        </w:trPr>
        <w:tc>
          <w:tcPr>
            <w:tcW w:type="dxa" w:w="1831"/>
            <w:shd w:val="clear" w:color="auto" w:fill="F1F3FB"/>
            <w:vAlign w:val="center"/>
          </w:tcPr>
          <w:p>
            <w:pPr>
              <w:spacing w:after="0" w:before="0"/>
            </w:pPr>
            <w:r>
              <w:rPr>
                <w:b/>
                <w:i w:val="0"/>
                <w:color w:val="1E2A78"/>
                <w:sz w:val="19"/>
              </w:rPr>
              <w:t>Phone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Email</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What they can do for the participant (for example, sign this agreement)</w:t>
            </w:r>
          </w:p>
        </w:tc>
        <w:tc>
          <w:tcPr>
            <w:tcW w:type="dxa" w:w="7807"/>
            <w:gridSpan w:val="3"/>
          </w:tcPr>
          <w:p>
            <w:pPr>
              <w:spacing w:after="0" w:before="0"/>
            </w:pPr>
          </w:p>
        </w:tc>
      </w:tr>
    </w:tbl>
    <w:p>
      <w:pPr>
        <w:spacing w:after="80" w:before="0" w:line="192" w:lineRule="auto"/>
      </w:pPr>
    </w:p>
    <w:p>
      <w:pPr>
        <w:pStyle w:val="Heading3"/>
      </w:pPr>
      <w:r>
        <w:rPr>
          <w:b/>
          <w:i w:val="0"/>
        </w:rPr>
        <w:t>Plan manager (if plan-managed)</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Plan manager</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Email for invoices</w:t>
            </w:r>
          </w:p>
        </w:tc>
        <w:tc>
          <w:tcPr>
            <w:tcW w:type="dxa" w:w="2988"/>
          </w:tcPr>
          <w:p>
            <w:pPr>
              <w:spacing w:after="0" w:before="0"/>
            </w:pPr>
          </w:p>
        </w:tc>
      </w:tr>
    </w:tbl>
    <w:p>
      <w:pPr>
        <w:spacing w:after="80" w:before="0" w:line="192" w:lineRule="auto"/>
      </w:pPr>
    </w:p>
    <w:p>
      <w:pPr>
        <w:pStyle w:val="Heading3"/>
      </w:pPr>
      <w:r>
        <w:rPr>
          <w:b/>
          <w:i w:val="0"/>
        </w:rPr>
        <w:t>The provider</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Your full name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Trading name</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ABN</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Phone</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Email</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Best times to reach me</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Address for notices</w:t>
            </w:r>
          </w:p>
        </w:tc>
        <w:tc>
          <w:tcPr>
            <w:tcW w:type="dxa" w:w="7807"/>
            <w:gridSpan w:val="3"/>
          </w:tcPr>
          <w:p>
            <w:pPr>
              <w:spacing w:after="0" w:before="0"/>
            </w:pPr>
          </w:p>
        </w:tc>
      </w:tr>
      <w:tr>
        <w:trPr>
          <w:cantSplit/>
          <w:trHeight w:val="425" w:hRule="atLeast"/>
        </w:trPr>
        <w:tc>
          <w:tcPr>
            <w:tcW w:type="dxa" w:w="1831"/>
            <w:shd w:val="clear" w:color="auto" w:fill="F1F3FB"/>
            <w:vAlign w:val="center"/>
          </w:tcPr>
          <w:p>
            <w:pPr>
              <w:spacing w:after="0" w:before="0"/>
            </w:pPr>
            <w:r>
              <w:rPr>
                <w:b/>
                <w:i w:val="0"/>
                <w:color w:val="1E2A78"/>
                <w:sz w:val="19"/>
              </w:rPr>
              <w:t>NDIS registration</w:t>
            </w:r>
          </w:p>
        </w:tc>
        <w:tc>
          <w:tcPr>
            <w:tcW w:type="dxa" w:w="7807"/>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Registered, number: </w:t>
            </w:r>
            <w:r>
              <w:rPr>
                <w:i w:val="0"/>
                <w:color w:val="1E2A78"/>
                <w:sz w:val="19"/>
                <w:shd w:val="clear" w:color="auto" w:fill="E9EDFC"/>
              </w:rPr>
              <w:t>[registration number]</w:t>
            </w:r>
            <w:r>
              <w:rPr>
                <w:b w:val="0"/>
                <w:i w:val="0"/>
                <w:sz w:val="19"/>
              </w:rPr>
              <w:t xml:space="preserv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Not registered</w:t>
            </w:r>
          </w:p>
        </w:tc>
      </w:tr>
      <w:tr>
        <w:trPr>
          <w:cantSplit/>
          <w:trHeight w:val="425" w:hRule="atLeast"/>
        </w:trPr>
        <w:tc>
          <w:tcPr>
            <w:tcW w:type="dxa" w:w="1831"/>
            <w:shd w:val="clear" w:color="auto" w:fill="F1F3FB"/>
            <w:vAlign w:val="center"/>
          </w:tcPr>
          <w:p>
            <w:pPr>
              <w:spacing w:after="0" w:before="0"/>
            </w:pPr>
            <w:r>
              <w:rPr>
                <w:b/>
                <w:i w:val="0"/>
                <w:color w:val="1E2A78"/>
                <w:sz w:val="19"/>
              </w:rPr>
              <w:t>GST</w:t>
            </w:r>
          </w:p>
        </w:tc>
        <w:tc>
          <w:tcPr>
            <w:tcW w:type="dxa" w:w="7807"/>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Registered for GST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Not registered for GST</w:t>
            </w:r>
          </w:p>
        </w:tc>
      </w:tr>
    </w:tbl>
    <w:p>
      <w:pPr>
        <w:spacing w:after="80" w:before="0" w:line="192" w:lineRule="auto"/>
      </w:pPr>
    </w:p>
    <w:p>
      <w:pPr>
        <w:tabs>
          <w:tab w:pos="624" w:val="left"/>
        </w:tabs>
        <w:ind w:left="624" w:hanging="624"/>
      </w:pPr>
      <w:r>
        <w:rPr>
          <w:b/>
          <w:color w:val="1E2A78"/>
          <w:sz w:val="19"/>
        </w:rPr>
        <w:t>3.1</w:t>
        <w:tab/>
      </w:r>
      <w:r>
        <w:rPr>
          <w:b w:val="0"/>
          <w:i w:val="0"/>
        </w:rPr>
        <w:t>Each of us will tell the other in writing if our contact details change.</w:t>
      </w:r>
    </w:p>
    <w:p>
      <w:pPr>
        <w:pStyle w:val="Heading2"/>
        <w:pBdr>
          <w:bottom w:val="single" w:sz="8" w:space="4" w:color="D4D8EA"/>
        </w:pBdr>
      </w:pPr>
      <w:r>
        <w:rPr>
          <w:b/>
          <w:color w:val="4F46E5"/>
        </w:rPr>
        <w:t xml:space="preserve">4  </w:t>
      </w:r>
      <w:r>
        <w:rPr>
          <w:b/>
          <w:i w:val="0"/>
        </w:rPr>
        <w:t>Dates and reviews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Agreement starts</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First support</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Agreement ends</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Plan reassessment date</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NDIS plan start date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Review by (within 12 months of the start)</w:t>
            </w:r>
          </w:p>
        </w:tc>
        <w:tc>
          <w:tcPr>
            <w:tcW w:type="dxa" w:w="2988"/>
          </w:tcPr>
          <w:p>
            <w:pPr>
              <w:spacing w:after="0" w:before="0"/>
            </w:pPr>
          </w:p>
        </w:tc>
      </w:tr>
    </w:tbl>
    <w:p>
      <w:pPr>
        <w:spacing w:after="80" w:before="0" w:line="192" w:lineRule="auto"/>
      </w:pPr>
    </w:p>
    <w:p>
      <w:pPr>
        <w:tabs>
          <w:tab w:pos="624" w:val="left"/>
        </w:tabs>
        <w:ind w:left="624" w:hanging="624"/>
      </w:pPr>
      <w:r>
        <w:rPr>
          <w:b/>
          <w:color w:val="1E2A78"/>
          <w:sz w:val="19"/>
        </w:rPr>
        <w:t>4.1</w:t>
        <w:tab/>
      </w:r>
      <w:r>
        <w:rPr>
          <w:b w:val="0"/>
          <w:i w:val="0"/>
        </w:rPr>
        <w:t>The end date will be no later than your plan reassessment date.</w:t>
      </w:r>
    </w:p>
    <w:p>
      <w:pPr>
        <w:tabs>
          <w:tab w:pos="624" w:val="left"/>
        </w:tabs>
        <w:ind w:left="624" w:hanging="624"/>
      </w:pPr>
      <w:r>
        <w:rPr>
          <w:b/>
          <w:color w:val="1E2A78"/>
          <w:sz w:val="19"/>
        </w:rPr>
        <w:t>4.2</w:t>
        <w:tab/>
      </w:r>
      <w:r>
        <w:rPr>
          <w:b w:val="0"/>
          <w:i w:val="0"/>
        </w:rPr>
        <w:t>I will review this agreement with you by the review date, and sooner if your plan, goals or support needs change. Either of us can ask for a review at any time.</w:t>
      </w:r>
    </w:p>
    <w:p>
      <w:pPr>
        <w:tabs>
          <w:tab w:pos="624" w:val="left"/>
        </w:tabs>
        <w:ind w:left="624" w:hanging="624"/>
      </w:pPr>
      <w:r>
        <w:rPr>
          <w:b/>
          <w:color w:val="1E2A78"/>
          <w:sz w:val="19"/>
        </w:rPr>
        <w:t>4.3</w:t>
        <w:tab/>
      </w:r>
      <w:r>
        <w:rPr>
          <w:b w:val="0"/>
          <w:i w:val="0"/>
        </w:rPr>
        <w:t>If you get a new NDIS plan, I will talk with you about a new agreement.</w:t>
      </w:r>
    </w:p>
    <w:p>
      <w:pPr>
        <w:pStyle w:val="Heading2"/>
        <w:pBdr>
          <w:bottom w:val="single" w:sz="8" w:space="4" w:color="D4D8EA"/>
        </w:pBdr>
      </w:pPr>
      <w:r>
        <w:rPr>
          <w:b/>
          <w:color w:val="4F46E5"/>
        </w:rPr>
        <w:t xml:space="preserve">5  </w:t>
      </w:r>
      <w:r>
        <w:rPr>
          <w:b/>
          <w:i w:val="0"/>
        </w:rPr>
        <w:t>Your goals</w:t>
      </w:r>
    </w:p>
    <w:p>
      <w:pPr>
        <w:tabs>
          <w:tab w:pos="624" w:val="left"/>
        </w:tabs>
        <w:ind w:left="624" w:hanging="624"/>
      </w:pPr>
      <w:r>
        <w:rPr>
          <w:b/>
          <w:color w:val="1E2A78"/>
          <w:sz w:val="19"/>
        </w:rPr>
        <w:t>5.1</w:t>
        <w:tab/>
      </w:r>
      <w:r>
        <w:rPr>
          <w:b w:val="0"/>
          <w:i w:val="0"/>
        </w:rPr>
        <w:t>The goals in your NDIS plan that these supports will help with, and how you would like me to help:</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4819"/>
        <w:gridCol w:w="4819"/>
      </w:tblGrid>
      <w:tr>
        <w:trPr>
          <w:cantSplit/>
          <w:trHeight w:val="1928" w:hRule="atLeast"/>
        </w:trPr>
        <w:tc>
          <w:tcPr>
            <w:tcW w:type="dxa" w:w="3470"/>
            <w:shd w:val="clear" w:color="auto" w:fill="F1F3FB"/>
            <w:vAlign w:val="center"/>
          </w:tcPr>
          <w:p>
            <w:pPr>
              <w:spacing w:after="0" w:before="0"/>
            </w:pPr>
            <w:r>
              <w:rPr>
                <w:b/>
                <w:i w:val="0"/>
                <w:color w:val="1E2A78"/>
                <w:sz w:val="19"/>
              </w:rPr>
              <w:t>Your goals</w:t>
            </w:r>
          </w:p>
        </w:tc>
        <w:tc>
          <w:tcPr>
            <w:tcW w:type="dxa" w:w="6168"/>
          </w:tcPr>
          <w:p>
            <w:pPr>
              <w:spacing w:after="0" w:before="0"/>
            </w:pPr>
          </w:p>
        </w:tc>
      </w:tr>
    </w:tbl>
    <w:p>
      <w:pPr>
        <w:spacing w:after="80" w:before="0" w:line="192" w:lineRule="auto"/>
      </w:pPr>
    </w:p>
    <w:p>
      <w:pPr>
        <w:pStyle w:val="Heading2"/>
        <w:pBdr>
          <w:bottom w:val="single" w:sz="8" w:space="4" w:color="D4D8EA"/>
        </w:pBdr>
      </w:pPr>
      <w:r>
        <w:rPr>
          <w:b/>
          <w:color w:val="4F46E5"/>
        </w:rPr>
        <w:t xml:space="preserve">6  </w:t>
      </w:r>
      <w:r>
        <w:rPr>
          <w:b/>
          <w:i w:val="0"/>
        </w:rPr>
        <w:t>The supports</w:t>
      </w:r>
    </w:p>
    <w:p>
      <w:pPr>
        <w:tabs>
          <w:tab w:pos="624" w:val="left"/>
        </w:tabs>
        <w:ind w:left="624" w:hanging="624"/>
      </w:pPr>
      <w:r>
        <w:rPr>
          <w:b/>
          <w:color w:val="1E2A78"/>
          <w:sz w:val="19"/>
        </w:rPr>
        <w:t>6.1</w:t>
        <w:tab/>
      </w:r>
      <w:r>
        <w:rPr>
          <w:b w:val="0"/>
          <w:i w:val="0"/>
        </w:rPr>
        <w:t>The supports I will provide, including how, when, where and how often, and their prices, are in the Schedule of Supports (Attachment A).</w:t>
      </w:r>
    </w:p>
    <w:p>
      <w:pPr>
        <w:tabs>
          <w:tab w:pos="624" w:val="left"/>
        </w:tabs>
        <w:ind w:left="624" w:hanging="624"/>
      </w:pPr>
      <w:r>
        <w:rPr>
          <w:b/>
          <w:color w:val="1E2A78"/>
          <w:sz w:val="19"/>
        </w:rPr>
        <w:t>6.2</w:t>
        <w:tab/>
      </w:r>
      <w:r>
        <w:rPr>
          <w:b w:val="0"/>
          <w:i w:val="0"/>
        </w:rPr>
        <w:t xml:space="preserve">This agreement does not include: </w:t>
      </w:r>
      <w:r>
        <w:rPr>
          <w:i w:val="0"/>
          <w:color w:val="1E2A78"/>
          <w:shd w:val="clear" w:color="auto" w:fill="E9EDFC"/>
        </w:rPr>
        <w:t>[for example, supports from other providers]</w:t>
      </w:r>
    </w:p>
    <w:p>
      <w:pPr>
        <w:tabs>
          <w:tab w:pos="624" w:val="left"/>
        </w:tabs>
        <w:ind w:left="624" w:hanging="624"/>
      </w:pPr>
      <w:r>
        <w:rPr>
          <w:b/>
          <w:color w:val="1E2A78"/>
          <w:sz w:val="19"/>
        </w:rPr>
        <w:t>6.3</w:t>
        <w:tab/>
      </w:r>
      <w:r>
        <w:rPr>
          <w:b w:val="0"/>
          <w:i w:val="0"/>
        </w:rPr>
        <w:t>If you ask for a support that is not in Attachment A, I will agree it with you in writing before I provide it (clause 17).</w:t>
      </w:r>
    </w:p>
    <w:p>
      <w:pPr>
        <w:tabs>
          <w:tab w:pos="624" w:val="left"/>
        </w:tabs>
        <w:ind w:left="624" w:hanging="624"/>
      </w:pPr>
      <w:r>
        <w:rPr>
          <w:b/>
          <w:color w:val="1E2A78"/>
          <w:sz w:val="19"/>
        </w:rPr>
        <w:t>6.4</w:t>
        <w:tab/>
      </w:r>
      <w:r>
        <w:rPr>
          <w:b w:val="0"/>
          <w:i w:val="0"/>
        </w:rPr>
        <w:t>I will deliver the supports myself. I will not send anyone else in my place unless you agree to it first.</w:t>
      </w:r>
    </w:p>
    <w:p>
      <w:pPr>
        <w:pStyle w:val="Heading2"/>
        <w:pBdr>
          <w:bottom w:val="single" w:sz="8" w:space="4" w:color="D4D8EA"/>
        </w:pBdr>
      </w:pPr>
      <w:r>
        <w:rPr>
          <w:b/>
          <w:color w:val="4F46E5"/>
        </w:rPr>
        <w:t xml:space="preserve">7  </w:t>
      </w:r>
      <w:r>
        <w:rPr>
          <w:b/>
          <w:i w:val="0"/>
        </w:rPr>
        <w:t>Prices</w:t>
      </w:r>
    </w:p>
    <w:p>
      <w:pPr>
        <w:tabs>
          <w:tab w:pos="624" w:val="left"/>
        </w:tabs>
        <w:ind w:left="624" w:hanging="624"/>
      </w:pPr>
      <w:r>
        <w:rPr>
          <w:b/>
          <w:color w:val="1E2A78"/>
          <w:sz w:val="19"/>
        </w:rPr>
        <w:t>7.1</w:t>
        <w:tab/>
      </w:r>
      <w:r>
        <w:rPr>
          <w:b w:val="0"/>
          <w:i w:val="0"/>
        </w:rPr>
        <w:t>The prices you have agreed to pay are in Attachment A. They cover the support itself. Extra charges apply only as set out in clause 8.</w:t>
      </w:r>
    </w:p>
    <w:p>
      <w:pPr>
        <w:tabs>
          <w:tab w:pos="624" w:val="left"/>
        </w:tabs>
        <w:ind w:left="624" w:hanging="624"/>
      </w:pPr>
      <w:r>
        <w:rPr>
          <w:b/>
          <w:color w:val="1E2A78"/>
          <w:sz w:val="19"/>
        </w:rPr>
        <w:t>7.2</w:t>
        <w:tab/>
      </w:r>
      <w:r>
        <w:rPr>
          <w:b w:val="0"/>
          <w:i w:val="0"/>
        </w:rPr>
        <w:t>If your supports are NDIA-managed or plan-managed, I will not charge more than the price limit for the support on the day it is delivered. If the Pricing Schedule lowers a price limit below an agreed price, the agreed price drops to the new limit from the day it takes effect.</w:t>
      </w:r>
    </w:p>
    <w:p>
      <w:pPr>
        <w:tabs>
          <w:tab w:pos="624" w:val="left"/>
        </w:tabs>
        <w:ind w:left="624" w:hanging="624"/>
      </w:pPr>
      <w:r>
        <w:rPr>
          <w:b/>
          <w:color w:val="1E2A78"/>
          <w:sz w:val="19"/>
        </w:rPr>
        <w:t>7.3</w:t>
        <w:tab/>
      </w:r>
      <w:r>
        <w:rPr>
          <w:b w:val="0"/>
          <w:i w:val="0"/>
        </w:rPr>
        <w:t xml:space="preserve">If you self-manage, you and I can agree prices that are different from the price limits. Any other change to an agreed price needs your agreement in writing, with at least </w:t>
      </w:r>
      <w:r>
        <w:rPr>
          <w:i w:val="0"/>
          <w:color w:val="1E2A78"/>
          <w:shd w:val="clear" w:color="auto" w:fill="E9EDFC"/>
        </w:rPr>
        <w:t>[30]</w:t>
      </w:r>
      <w:r>
        <w:rPr>
          <w:b w:val="0"/>
          <w:i w:val="0"/>
        </w:rPr>
        <w:t xml:space="preserve"> days’ written notice. If you do not agree, you can end this agreement straight away, with no exit fee.</w:t>
      </w:r>
    </w:p>
    <w:p>
      <w:pPr>
        <w:pStyle w:val="Heading2"/>
        <w:pBdr>
          <w:bottom w:val="single" w:sz="8" w:space="4" w:color="D4D8EA"/>
        </w:pBdr>
      </w:pPr>
      <w:r>
        <w:rPr>
          <w:b/>
          <w:color w:val="4F46E5"/>
        </w:rPr>
        <w:t xml:space="preserve">8  </w:t>
      </w:r>
      <w:r>
        <w:rPr>
          <w:b/>
          <w:i w:val="0"/>
        </w:rPr>
        <w:t>Extra charges (only if ticked)</w:t>
      </w:r>
    </w:p>
    <w:p>
      <w:r>
        <w:rPr>
          <w:b w:val="0"/>
          <w:i w:val="0"/>
        </w:rPr>
        <w:t>Some charges can only be claimed if the service agreement says so. Each charge below applies only if its box is ticked; if it is not ticked, I will not charge it. Some therapy items in the Pricing Schedule 2026-27 have their own items for these charges, with item numbers ending in _PT, _NF, _TH, _RR or _CA. Where a support has one, I will claim the charge with it.</w:t>
      </w: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8a  </w:t>
            </w:r>
            <w:r>
              <w:rPr>
                <w:b/>
                <w:i w:val="0"/>
                <w:color w:val="1E2A78"/>
              </w:rPr>
              <w:t>Provider travel: time</w:t>
            </w:r>
            <w:r>
              <w:rPr>
                <w:i/>
                <w:color w:val="5A6178"/>
                <w:sz w:val="16"/>
              </w:rPr>
              <w:t xml:space="preserve">    Tick to agree to this charge</w:t>
            </w:r>
          </w:p>
        </w:tc>
      </w:tr>
      <w:tr>
        <w:trPr>
          <w:cantSplit/>
        </w:trPr>
        <w:tc>
          <w:tcPr>
            <w:tcW w:type="dxa" w:w="9638"/>
          </w:tcPr>
          <w:p>
            <w:pPr>
              <w:spacing w:after="80" w:before="0"/>
            </w:pPr>
            <w:r>
              <w:rPr>
                <w:b w:val="0"/>
                <w:i w:val="0"/>
                <w:sz w:val="19"/>
              </w:rPr>
              <w:t>I may charge for the time I spend travelling to you to deliver a support, at the agreed price for that support, or at the agreed price of its Provider Travel item if it has one.</w:t>
            </w:r>
          </w:p>
          <w:p>
            <w:pPr>
              <w:spacing w:after="80" w:before="0"/>
            </w:pPr>
            <w:r>
              <w:rPr>
                <w:b w:val="0"/>
                <w:i w:val="0"/>
                <w:sz w:val="19"/>
              </w:rPr>
              <w:t xml:space="preserve">Travel time charged will be no more than </w:t>
            </w:r>
            <w:r>
              <w:rPr>
                <w:i w:val="0"/>
                <w:color w:val="1E2A78"/>
                <w:sz w:val="19"/>
                <w:shd w:val="clear" w:color="auto" w:fill="E9EDFC"/>
              </w:rPr>
              <w:t>[30]</w:t>
            </w:r>
            <w:r>
              <w:rPr>
                <w:b w:val="0"/>
                <w:i w:val="0"/>
                <w:sz w:val="19"/>
              </w:rPr>
              <w:t xml:space="preserve"> minutes for each trip in MMM 1 to 3 areas, or </w:t>
            </w:r>
            <w:r>
              <w:rPr>
                <w:i w:val="0"/>
                <w:color w:val="1E2A78"/>
                <w:sz w:val="19"/>
                <w:shd w:val="clear" w:color="auto" w:fill="E9EDFC"/>
              </w:rPr>
              <w:t>[60]</w:t>
            </w:r>
            <w:r>
              <w:rPr>
                <w:b w:val="0"/>
                <w:i w:val="0"/>
                <w:sz w:val="19"/>
              </w:rPr>
              <w:t xml:space="preserve"> minutes in MMM 4 and 5 areas, or less if the claiming rules set a lower limit.</w:t>
            </w:r>
          </w:p>
          <w:p>
            <w:pPr>
              <w:spacing w:after="80" w:before="0"/>
            </w:pPr>
            <w:r>
              <w:rPr>
                <w:b w:val="0"/>
                <w:i w:val="0"/>
                <w:sz w:val="19"/>
              </w:rPr>
              <w:t xml:space="preserve">I will charge for the return trip only when the claiming rules allow it. If I travel to more than one participant on the same trip, I will share the travel time fairly between them, as follows: </w:t>
            </w:r>
            <w:r>
              <w:rPr>
                <w:i w:val="0"/>
                <w:color w:val="1E2A78"/>
                <w:sz w:val="19"/>
                <w:shd w:val="clear" w:color="auto" w:fill="E9EDFC"/>
              </w:rPr>
              <w:t>[how shared travel is split]</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8b  </w:t>
            </w:r>
            <w:r>
              <w:rPr>
                <w:b/>
                <w:i w:val="0"/>
                <w:color w:val="1E2A78"/>
              </w:rPr>
              <w:t>Travel costs and community transport</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I may charge a contribution to the cost of travelling to deliver a support: up to </w:t>
            </w:r>
            <w:r>
              <w:rPr>
                <w:i w:val="0"/>
                <w:color w:val="1E2A78"/>
                <w:sz w:val="19"/>
                <w:shd w:val="clear" w:color="auto" w:fill="E9EDFC"/>
              </w:rPr>
              <w:t>[$0.99]</w:t>
            </w:r>
            <w:r>
              <w:rPr>
                <w:b w:val="0"/>
                <w:i w:val="0"/>
                <w:sz w:val="19"/>
              </w:rPr>
              <w:t xml:space="preserve"> a kilometre for my vehicle; tolls, parking and public transport fares at cost; and, in remote and very remote areas, flights and accommodation, but only if you agree before the trip.</w:t>
            </w:r>
          </w:p>
          <w:p>
            <w:pPr>
              <w:spacing w:after="80" w:before="0"/>
            </w:pPr>
            <w:r>
              <w:rPr>
                <w:b w:val="0"/>
                <w:i w:val="0"/>
                <w:sz w:val="19"/>
              </w:rPr>
              <w:t>When this template was written, the claiming rules allowed up to $0.99 a kilometre.</w:t>
            </w:r>
          </w:p>
          <w:p>
            <w:pPr>
              <w:spacing w:after="80" w:before="0"/>
            </w:pPr>
            <w:r>
              <w:rPr>
                <w:b w:val="0"/>
                <w:i w:val="0"/>
                <w:sz w:val="19"/>
              </w:rPr>
              <w:t xml:space="preserve">When I take you to or from an activity, or travel with you during a community participation support, my time is charged as part of the support, and I may charge </w:t>
            </w:r>
            <w:r>
              <w:rPr>
                <w:i w:val="0"/>
                <w:color w:val="1E2A78"/>
                <w:sz w:val="19"/>
                <w:shd w:val="clear" w:color="auto" w:fill="E9EDFC"/>
              </w:rPr>
              <w:t>[amount]</w:t>
            </w:r>
            <w:r>
              <w:rPr>
                <w:b w:val="0"/>
                <w:i w:val="0"/>
                <w:sz w:val="19"/>
              </w:rPr>
              <w:t xml:space="preserve"> a kilometre plus tolls, parking and fares at cost, within the limits in the claiming rules.</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8c  </w:t>
            </w:r>
            <w:r>
              <w:rPr>
                <w:b/>
                <w:i w:val="0"/>
                <w:color w:val="1E2A78"/>
              </w:rPr>
              <w:t>Non-face-to-face work</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Some of the work for you is done when you are not there. I may charge for these activities at the agreed price for the support (or its Non-Face-to-Face item, if it has one): </w:t>
            </w:r>
            <w:r>
              <w:rPr>
                <w:i w:val="0"/>
                <w:color w:val="1E2A78"/>
                <w:sz w:val="19"/>
                <w:shd w:val="clear" w:color="auto" w:fill="E9EDFC"/>
              </w:rPr>
              <w:t>[list the activities, for example writing a home program]</w:t>
            </w:r>
          </w:p>
          <w:p>
            <w:pPr>
              <w:spacing w:after="80" w:before="0"/>
            </w:pPr>
            <w:r>
              <w:rPr>
                <w:b w:val="0"/>
                <w:i w:val="0"/>
                <w:sz w:val="19"/>
              </w:rPr>
              <w:t>I will not charge for my own administration, for travel already charged under clause 8a, or for writing, explaining or reviewing this agreement.</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8d  </w:t>
            </w:r>
            <w:r>
              <w:rPr>
                <w:b/>
                <w:i w:val="0"/>
                <w:color w:val="1E2A78"/>
              </w:rPr>
              <w:t>Telehealth</w:t>
            </w:r>
            <w:r>
              <w:rPr>
                <w:i/>
                <w:color w:val="5A6178"/>
                <w:sz w:val="16"/>
              </w:rPr>
              <w:t xml:space="preserve">    Tick to agree to this charge</w:t>
            </w:r>
          </w:p>
        </w:tc>
      </w:tr>
      <w:tr>
        <w:trPr>
          <w:cantSplit/>
        </w:trPr>
        <w:tc>
          <w:tcPr>
            <w:tcW w:type="dxa" w:w="9638"/>
          </w:tcPr>
          <w:p>
            <w:pPr>
              <w:spacing w:after="80" w:before="0"/>
            </w:pPr>
            <w:r>
              <w:rPr>
                <w:b w:val="0"/>
                <w:i w:val="0"/>
                <w:sz w:val="19"/>
              </w:rPr>
              <w:t>If it suits you and the support, I may deliver a support by video or phone call and charge for it at the agreed price (or its Telehealth item, if it has one). You can ask for the support face to face instead.</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8e  </w:t>
            </w:r>
            <w:r>
              <w:rPr>
                <w:b/>
                <w:i w:val="0"/>
                <w:color w:val="1E2A78"/>
              </w:rPr>
              <w:t>NDIA requested reports</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If the NDIA asks me for a report about your supports, I may charge for the time spent writing it, at the agreed price (or the support’s NDIA Requested Reports item), up to </w:t>
            </w:r>
            <w:r>
              <w:rPr>
                <w:i w:val="0"/>
                <w:color w:val="1E2A78"/>
                <w:sz w:val="19"/>
                <w:shd w:val="clear" w:color="auto" w:fill="E9EDFC"/>
              </w:rPr>
              <w:t>[number]</w:t>
            </w:r>
            <w:r>
              <w:rPr>
                <w:b w:val="0"/>
                <w:i w:val="0"/>
                <w:sz w:val="19"/>
              </w:rPr>
              <w:t xml:space="preserve"> hours for each report. This applies only to reports the NDIA asks for. Any other report needs your agreement first.</w:t>
            </w:r>
          </w:p>
        </w:tc>
      </w:tr>
    </w:tbl>
    <w:p>
      <w:pPr>
        <w:spacing w:after="80" w:before="0" w:line="192" w:lineRule="auto"/>
      </w:pPr>
    </w:p>
    <w:tbl>
      <w:tblPr>
        <w:tblW w:type="auto" w:w="0"/>
        <w:jc w:val="center"/>
        <w:tblLook w:firstColumn="1" w:firstRow="1" w:lastColumn="0" w:lastRow="0" w:noHBand="0" w:noVBand="1" w:val="04A0"/>
        <w:tblBorders>
          <w:top w:val="single" w:sz="6" w:color="C3C9EC"/>
          <w:left w:val="single" w:sz="6" w:color="C3C9EC"/>
          <w:bottom w:val="single" w:sz="6" w:color="C3C9EC"/>
          <w:right w:val="single" w:sz="6" w:color="C3C9EC"/>
          <w:insideH w:val="single" w:sz="6" w:color="C3C9EC"/>
          <w:insideV w:val="nil"/>
        </w:tblBorders>
        <w:tblCellMar>
          <w:top w:w="90" w:type="dxa"/>
          <w:left w:w="160" w:type="dxa"/>
          <w:bottom w:w="90" w:type="dxa"/>
          <w:right w:w="160" w:type="dxa"/>
        </w:tblCellMar>
      </w:tblPr>
      <w:tblGrid>
        <w:gridCol w:w="9638"/>
      </w:tblGrid>
      <w:tr>
        <w:trPr>
          <w:cantSplit/>
        </w:trPr>
        <w:tc>
          <w:tcPr>
            <w:tcW w:type="dxa" w:w="9638"/>
            <w:shd w:val="clear" w:color="auto" w:fill="F1F3FB"/>
          </w:tcPr>
          <w:p>
            <w:pPr>
              <w:keepNext/>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22"/>
                  </w:rPr>
                  <w:t>☐</w:t>
                </w:r>
              </w:sdtContent>
            </w:sdt>
            <w:r>
              <w:rPr>
                <w:b/>
                <w:color w:val="4F46E5"/>
              </w:rPr>
              <w:t xml:space="preserve">  8f  </w:t>
            </w:r>
            <w:r>
              <w:rPr>
                <w:b/>
                <w:i w:val="0"/>
                <w:color w:val="1E2A78"/>
              </w:rPr>
              <w:t>Establishment fee</w:t>
            </w:r>
            <w:r>
              <w:rPr>
                <w:i/>
                <w:color w:val="5A6178"/>
                <w:sz w:val="16"/>
              </w:rPr>
              <w:t xml:space="preserve">    Tick to agree to this charge</w:t>
            </w:r>
          </w:p>
        </w:tc>
      </w:tr>
      <w:tr>
        <w:trPr>
          <w:cantSplit/>
        </w:trPr>
        <w:tc>
          <w:tcPr>
            <w:tcW w:type="dxa" w:w="9638"/>
          </w:tcPr>
          <w:p>
            <w:pPr>
              <w:spacing w:after="80" w:before="0"/>
            </w:pPr>
            <w:r>
              <w:rPr>
                <w:b w:val="0"/>
                <w:i w:val="0"/>
                <w:sz w:val="19"/>
              </w:rPr>
              <w:t xml:space="preserve">I may charge a one-off establishment fee of </w:t>
            </w:r>
            <w:r>
              <w:rPr>
                <w:i w:val="0"/>
                <w:color w:val="1E2A78"/>
                <w:sz w:val="19"/>
                <w:shd w:val="clear" w:color="auto" w:fill="E9EDFC"/>
              </w:rPr>
              <w:t>[amount]</w:t>
            </w:r>
            <w:r>
              <w:rPr>
                <w:b w:val="0"/>
                <w:i w:val="0"/>
                <w:sz w:val="19"/>
              </w:rPr>
              <w:t>, no more than the price limit in the Pricing Schedule (2026-27: $735.80, or $1,030.12 in remote and $1,103.70 in very remote areas). It can only be charged if I have agreed to provide you with at least 20 hours a month of personal care or participation supports for 3 or more months in a row, and I can charge it only once for you, across all your plans.</w:t>
            </w:r>
          </w:p>
        </w:tc>
      </w:tr>
    </w:tbl>
    <w:p>
      <w:pPr>
        <w:spacing w:after="80" w:before="0" w:line="192" w:lineRule="auto"/>
      </w:pPr>
    </w:p>
    <w:p>
      <w:pPr>
        <w:pStyle w:val="Heading2"/>
        <w:pBdr>
          <w:bottom w:val="single" w:sz="8" w:space="4" w:color="D4D8EA"/>
        </w:pBdr>
      </w:pPr>
      <w:r>
        <w:rPr>
          <w:b/>
          <w:color w:val="4F46E5"/>
        </w:rPr>
        <w:t xml:space="preserve">9  </w:t>
      </w:r>
      <w:r>
        <w:rPr>
          <w:b/>
          <w:i w:val="0"/>
        </w:rPr>
        <w:t>If you cancel a support</w:t>
      </w:r>
    </w:p>
    <w:p>
      <w:pPr>
        <w:tabs>
          <w:tab w:pos="624" w:val="left"/>
        </w:tabs>
        <w:ind w:left="624" w:hanging="624"/>
      </w:pPr>
      <w:r>
        <w:rPr>
          <w:b/>
          <w:color w:val="1E2A78"/>
          <w:sz w:val="19"/>
        </w:rPr>
        <w:t>9.1</w:t>
        <w:tab/>
      </w:r>
      <w:r>
        <w:rPr>
          <w:b w:val="0"/>
          <w:i w:val="0"/>
        </w:rPr>
        <w:t xml:space="preserve">To cancel or change a support, contact </w:t>
      </w:r>
      <w:r>
        <w:rPr>
          <w:i w:val="0"/>
          <w:color w:val="1E2A78"/>
          <w:shd w:val="clear" w:color="auto" w:fill="E9EDFC"/>
        </w:rPr>
        <w:t>[name]</w:t>
      </w:r>
      <w:r>
        <w:rPr>
          <w:b w:val="0"/>
          <w:i w:val="0"/>
        </w:rPr>
        <w:t xml:space="preserve"> by </w:t>
      </w:r>
      <w:r>
        <w:rPr>
          <w:i w:val="0"/>
          <w:color w:val="1E2A78"/>
          <w:shd w:val="clear" w:color="auto" w:fill="E9EDFC"/>
        </w:rPr>
        <w:t>[phone, SMS or email]</w:t>
      </w:r>
      <w:r>
        <w:rPr>
          <w:b w:val="0"/>
          <w:i w:val="0"/>
        </w:rPr>
        <w:t xml:space="preserve"> as early as you can.</w:t>
      </w:r>
    </w:p>
    <w:p>
      <w:pPr>
        <w:tabs>
          <w:tab w:pos="624" w:val="left"/>
        </w:tabs>
        <w:ind w:left="624" w:hanging="624"/>
      </w:pPr>
      <w:r>
        <w:rPr>
          <w:b/>
          <w:color w:val="1E2A78"/>
          <w:sz w:val="19"/>
        </w:rPr>
        <w:t>9.2</w:t>
        <w:tab/>
      </w:r>
      <w:r>
        <w:rPr>
          <w:b w:val="0"/>
          <w:i w:val="0"/>
        </w:rPr>
        <w:t>A cancellation is short notice if you tell me:</w:t>
      </w:r>
    </w:p>
    <w:p>
      <w:pPr>
        <w:pStyle w:val="ListBullet"/>
      </w:pPr>
      <w:r>
        <w:rPr>
          <w:b w:val="0"/>
          <w:i w:val="0"/>
        </w:rPr>
        <w:t xml:space="preserve">less than </w:t>
      </w:r>
      <w:r>
        <w:rPr>
          <w:i w:val="0"/>
          <w:color w:val="1E2A78"/>
          <w:shd w:val="clear" w:color="auto" w:fill="E9EDFC"/>
        </w:rPr>
        <w:t>[7 days]</w:t>
      </w:r>
      <w:r>
        <w:rPr>
          <w:b w:val="0"/>
          <w:i w:val="0"/>
        </w:rPr>
        <w:t xml:space="preserve"> before the support starts, for supports with a 7 day notice period (mostly disability support worker supports, such as personal care and community participation); or</w:t>
      </w:r>
    </w:p>
    <w:p>
      <w:pPr>
        <w:pStyle w:val="ListBullet"/>
      </w:pPr>
      <w:r>
        <w:rPr>
          <w:b w:val="0"/>
          <w:i w:val="0"/>
        </w:rPr>
        <w:t xml:space="preserve">less than </w:t>
      </w:r>
      <w:r>
        <w:rPr>
          <w:i w:val="0"/>
          <w:color w:val="1E2A78"/>
          <w:shd w:val="clear" w:color="auto" w:fill="E9EDFC"/>
        </w:rPr>
        <w:t>[2 clear business days]</w:t>
      </w:r>
      <w:r>
        <w:rPr>
          <w:b w:val="0"/>
          <w:i w:val="0"/>
        </w:rPr>
        <w:t xml:space="preserve"> before the support starts, for other supports, such as therapy.</w:t>
      </w:r>
    </w:p>
    <w:p>
      <w:r>
        <w:rPr>
          <w:b w:val="0"/>
          <w:i w:val="0"/>
        </w:rPr>
        <w:t>The notice period for each support is in Attachment A. If it shows a shorter period for a support, the shorter period applies. The 7 days include weekends and public holidays.</w:t>
      </w:r>
    </w:p>
    <w:p>
      <w:pPr>
        <w:tabs>
          <w:tab w:pos="624" w:val="left"/>
        </w:tabs>
        <w:ind w:left="624" w:hanging="624"/>
      </w:pPr>
      <w:r>
        <w:rPr>
          <w:b/>
          <w:color w:val="1E2A78"/>
          <w:sz w:val="19"/>
        </w:rPr>
        <w:t>9.3</w:t>
        <w:tab/>
      </w:r>
      <w:r>
        <w:rPr>
          <w:b w:val="0"/>
          <w:i w:val="0"/>
        </w:rPr>
        <w:t>It is also treated as a short notice cancellation (a no-show) if you are not at the agreed place when I arrive, or do not arrive within a reasonable time, and you did not tell me beforehand.</w:t>
      </w:r>
    </w:p>
    <w:p>
      <w:pPr>
        <w:tabs>
          <w:tab w:pos="624" w:val="left"/>
        </w:tabs>
        <w:ind w:left="624" w:hanging="624"/>
      </w:pPr>
      <w:r>
        <w:rPr>
          <w:b/>
          <w:color w:val="1E2A78"/>
          <w:sz w:val="19"/>
        </w:rPr>
        <w:t>9.4</w:t>
        <w:tab/>
      </w:r>
      <w:r>
        <w:rPr>
          <w:b w:val="0"/>
          <w:i w:val="0"/>
        </w:rPr>
        <w:t xml:space="preserve">For a short notice cancellation or no-show, I may charge up to </w:t>
      </w:r>
      <w:r>
        <w:rPr>
          <w:i w:val="0"/>
          <w:color w:val="1E2A78"/>
          <w:shd w:val="clear" w:color="auto" w:fill="E9EDFC"/>
        </w:rPr>
        <w:t>[100]</w:t>
      </w:r>
      <w:r>
        <w:rPr>
          <w:b w:val="0"/>
          <w:i w:val="0"/>
        </w:rPr>
        <w:t>% of the agreed price for the support. I will charge only if:</w:t>
      </w:r>
    </w:p>
    <w:p>
      <w:pPr>
        <w:pStyle w:val="ListBullet"/>
      </w:pPr>
      <w:r>
        <w:rPr>
          <w:b w:val="0"/>
          <w:i w:val="0"/>
        </w:rPr>
        <w:t>I could not find other billable work for that time; and</w:t>
      </w:r>
    </w:p>
    <w:p>
      <w:pPr>
        <w:pStyle w:val="ListBullet"/>
      </w:pPr>
      <w:r>
        <w:rPr>
          <w:b w:val="0"/>
          <w:i w:val="0"/>
        </w:rPr>
        <w:t>I lost money because of the cancellation.</w:t>
      </w:r>
    </w:p>
    <w:p>
      <w:pPr>
        <w:tabs>
          <w:tab w:pos="624" w:val="left"/>
        </w:tabs>
        <w:ind w:left="624" w:hanging="624"/>
      </w:pPr>
      <w:r>
        <w:rPr>
          <w:b/>
          <w:color w:val="1E2A78"/>
          <w:sz w:val="19"/>
        </w:rPr>
        <w:t>9.5</w:t>
        <w:tab/>
      </w:r>
      <w:r>
        <w:rPr>
          <w:b w:val="0"/>
          <w:i w:val="0"/>
        </w:rPr>
        <w:t>I will not charge when it would be unfair, for example if you could not tell me because of a medical emergency. I can also choose not to charge.</w:t>
      </w:r>
    </w:p>
    <w:p>
      <w:pPr>
        <w:tabs>
          <w:tab w:pos="624" w:val="left"/>
        </w:tabs>
        <w:ind w:left="624" w:hanging="624"/>
      </w:pPr>
      <w:r>
        <w:rPr>
          <w:b/>
          <w:color w:val="1E2A78"/>
          <w:sz w:val="19"/>
        </w:rPr>
        <w:t>9.6</w:t>
        <w:tab/>
      </w:r>
      <w:r>
        <w:rPr>
          <w:b w:val="0"/>
          <w:i w:val="0"/>
        </w:rPr>
        <w:t>I will claim cancellation charges the way the claiming rules require. For a support with its own Cancellation item (ending in _CA), I will use that item.</w:t>
      </w:r>
    </w:p>
    <w:p>
      <w:pPr>
        <w:pStyle w:val="Heading2"/>
        <w:pBdr>
          <w:bottom w:val="single" w:sz="8" w:space="4" w:color="D4D8EA"/>
        </w:pBdr>
      </w:pPr>
      <w:r>
        <w:rPr>
          <w:b/>
          <w:color w:val="4F46E5"/>
        </w:rPr>
        <w:t xml:space="preserve">10  </w:t>
      </w:r>
      <w:r>
        <w:rPr>
          <w:b/>
          <w:i w:val="0"/>
        </w:rPr>
        <w:t>If I cancel, change or pause a support</w:t>
      </w:r>
    </w:p>
    <w:p>
      <w:pPr>
        <w:tabs>
          <w:tab w:pos="624" w:val="left"/>
        </w:tabs>
        <w:ind w:left="624" w:hanging="624"/>
      </w:pPr>
      <w:r>
        <w:rPr>
          <w:b/>
          <w:color w:val="1E2A78"/>
          <w:sz w:val="19"/>
        </w:rPr>
        <w:t>10.1</w:t>
        <w:tab/>
      </w:r>
      <w:r>
        <w:rPr>
          <w:b w:val="0"/>
          <w:i w:val="0"/>
        </w:rPr>
        <w:t xml:space="preserve">If I need to cancel or change a support, I will tell you as early as I can, by </w:t>
      </w:r>
      <w:r>
        <w:rPr>
          <w:i w:val="0"/>
          <w:color w:val="1E2A78"/>
          <w:shd w:val="clear" w:color="auto" w:fill="E9EDFC"/>
        </w:rPr>
        <w:t>[phone, SMS or email]</w:t>
      </w:r>
      <w:r>
        <w:rPr>
          <w:b w:val="0"/>
          <w:i w:val="0"/>
        </w:rPr>
        <w:t>, and offer another time. You will not be charged for a support I cancel.</w:t>
      </w:r>
    </w:p>
    <w:p>
      <w:pPr>
        <w:tabs>
          <w:tab w:pos="624" w:val="left"/>
        </w:tabs>
        <w:ind w:left="624" w:hanging="624"/>
      </w:pPr>
      <w:r>
        <w:rPr>
          <w:b/>
          <w:color w:val="1E2A78"/>
          <w:sz w:val="19"/>
        </w:rPr>
        <w:t>10.2</w:t>
        <w:tab/>
      </w:r>
      <w:r>
        <w:rPr>
          <w:b w:val="0"/>
          <w:i w:val="0"/>
        </w:rPr>
        <w:t xml:space="preserve">If I am sick, I will tell you as soon as I can. For planned leave, I will give you at least </w:t>
      </w:r>
      <w:r>
        <w:rPr>
          <w:i w:val="0"/>
          <w:color w:val="1E2A78"/>
          <w:shd w:val="clear" w:color="auto" w:fill="E9EDFC"/>
        </w:rPr>
        <w:t>[2 weeks’]</w:t>
      </w:r>
      <w:r>
        <w:rPr>
          <w:b w:val="0"/>
          <w:i w:val="0"/>
        </w:rPr>
        <w:t xml:space="preserve"> notice. While I am away, I can </w:t>
      </w:r>
      <w:r>
        <w:rPr>
          <w:i w:val="0"/>
          <w:color w:val="1E2A78"/>
          <w:shd w:val="clear" w:color="auto" w:fill="E9EDFC"/>
        </w:rPr>
        <w:t>[for example, pause your supports or help you find another worker]</w:t>
      </w:r>
      <w:r>
        <w:rPr>
          <w:b w:val="0"/>
          <w:i w:val="0"/>
        </w:rPr>
        <w:t>. You will not be charged for supports I do not deliver.</w:t>
      </w:r>
    </w:p>
    <w:p>
      <w:pPr>
        <w:tabs>
          <w:tab w:pos="624" w:val="left"/>
        </w:tabs>
        <w:ind w:left="624" w:hanging="624"/>
      </w:pPr>
      <w:r>
        <w:rPr>
          <w:b/>
          <w:color w:val="1E2A78"/>
          <w:sz w:val="19"/>
        </w:rPr>
        <w:t>10.3</w:t>
        <w:tab/>
      </w:r>
      <w:r>
        <w:rPr>
          <w:b w:val="0"/>
          <w:i w:val="0"/>
        </w:rPr>
        <w:t>I may pause (suspend) supports only for a serious reason, such as a risk to your safety or mine, or invoices that have not been paid after I have tried to sort it out with you. I will give you reasonable notice in writing, explain why and what your options are, and help you find other supports where I can.</w:t>
      </w:r>
    </w:p>
    <w:p>
      <w:pPr>
        <w:pStyle w:val="Heading2"/>
        <w:pBdr>
          <w:bottom w:val="single" w:sz="8" w:space="4" w:color="D4D8EA"/>
        </w:pBdr>
      </w:pPr>
      <w:r>
        <w:rPr>
          <w:b/>
          <w:color w:val="4F46E5"/>
        </w:rPr>
        <w:t xml:space="preserve">11  </w:t>
      </w:r>
      <w:r>
        <w:rPr>
          <w:b/>
          <w:i w:val="0"/>
        </w:rPr>
        <w:t>Emergencies and disasters</w:t>
      </w:r>
    </w:p>
    <w:p>
      <w:pPr>
        <w:tabs>
          <w:tab w:pos="624" w:val="left"/>
        </w:tabs>
        <w:ind w:left="624" w:hanging="624"/>
      </w:pPr>
      <w:r>
        <w:rPr>
          <w:b/>
          <w:color w:val="1E2A78"/>
          <w:sz w:val="19"/>
        </w:rPr>
        <w:t>11.1</w:t>
        <w:tab/>
      </w:r>
      <w:r>
        <w:rPr>
          <w:b w:val="0"/>
          <w:i w:val="0"/>
        </w:rPr>
        <w:t>This clause sets out how your supports will be provided in an emergency or disaster, such as a bushfire, flood, storm, heatwave, pandemic or long power outage.</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4819"/>
        <w:gridCol w:w="4819"/>
      </w:tblGrid>
      <w:tr>
        <w:trPr>
          <w:cantSplit/>
          <w:trHeight w:val="964" w:hRule="atLeast"/>
        </w:trPr>
        <w:tc>
          <w:tcPr>
            <w:tcW w:type="dxa" w:w="3470"/>
            <w:shd w:val="clear" w:color="auto" w:fill="F1F3FB"/>
            <w:vAlign w:val="center"/>
          </w:tcPr>
          <w:p>
            <w:pPr>
              <w:spacing w:after="0" w:before="0"/>
            </w:pPr>
            <w:r>
              <w:rPr>
                <w:b/>
                <w:i w:val="0"/>
                <w:color w:val="1E2A78"/>
                <w:sz w:val="19"/>
              </w:rPr>
              <w:t>Supports that are critical to your health or safety (kept going first)</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How critical supports will continue or change (for example a back-up worker, a different time, check-in calls, or help to get somewhere safe)</w:t>
            </w:r>
          </w:p>
        </w:tc>
        <w:tc>
          <w:tcPr>
            <w:tcW w:type="dxa" w:w="6168"/>
          </w:tcPr>
          <w:p>
            <w:pPr>
              <w:spacing w:after="0" w:before="0"/>
            </w:pPr>
          </w:p>
        </w:tc>
      </w:tr>
      <w:tr>
        <w:trPr>
          <w:cantSplit/>
          <w:trHeight w:val="482" w:hRule="atLeast"/>
        </w:trPr>
        <w:tc>
          <w:tcPr>
            <w:tcW w:type="dxa" w:w="3470"/>
            <w:shd w:val="clear" w:color="auto" w:fill="F1F3FB"/>
            <w:vAlign w:val="center"/>
          </w:tcPr>
          <w:p>
            <w:pPr>
              <w:spacing w:after="0" w:before="0"/>
            </w:pPr>
            <w:r>
              <w:rPr>
                <w:b/>
                <w:i w:val="0"/>
                <w:color w:val="1E2A78"/>
                <w:sz w:val="19"/>
              </w:rPr>
              <w:t>If phones or the internet are down, or I cannot reach you, I will</w:t>
            </w:r>
          </w:p>
        </w:tc>
        <w:tc>
          <w:tcPr>
            <w:tcW w:type="dxa" w:w="6168"/>
          </w:tcPr>
          <w:p>
            <w:pPr>
              <w:spacing w:after="0" w:before="0"/>
            </w:pPr>
          </w:p>
        </w:tc>
      </w:tr>
      <w:tr>
        <w:trPr>
          <w:cantSplit/>
          <w:trHeight w:val="482" w:hRule="atLeast"/>
        </w:trPr>
        <w:tc>
          <w:tcPr>
            <w:tcW w:type="dxa" w:w="3470"/>
            <w:shd w:val="clear" w:color="auto" w:fill="F1F3FB"/>
            <w:vAlign w:val="center"/>
          </w:tcPr>
          <w:p>
            <w:pPr>
              <w:spacing w:after="0" w:before="0"/>
            </w:pPr>
            <w:r>
              <w:rPr>
                <w:b/>
                <w:i w:val="0"/>
                <w:color w:val="1E2A78"/>
                <w:sz w:val="19"/>
              </w:rPr>
              <w:t>Your emergency contact (name, relationship, phone)</w:t>
            </w:r>
          </w:p>
        </w:tc>
        <w:tc>
          <w:tcPr>
            <w:tcW w:type="dxa" w:w="6168"/>
          </w:tcPr>
          <w:p>
            <w:pPr>
              <w:spacing w:after="0" w:before="0"/>
            </w:pPr>
          </w:p>
        </w:tc>
      </w:tr>
      <w:tr>
        <w:trPr>
          <w:cantSplit/>
          <w:trHeight w:val="425" w:hRule="atLeast"/>
        </w:trPr>
        <w:tc>
          <w:tcPr>
            <w:tcW w:type="dxa" w:w="3470"/>
            <w:shd w:val="clear" w:color="auto" w:fill="F1F3FB"/>
            <w:vAlign w:val="center"/>
          </w:tcPr>
          <w:p>
            <w:pPr>
              <w:spacing w:after="0" w:before="0"/>
            </w:pPr>
            <w:r>
              <w:rPr>
                <w:b/>
                <w:i w:val="0"/>
                <w:color w:val="1E2A78"/>
                <w:sz w:val="19"/>
              </w:rPr>
              <w:t>With your consent, I will tell</w:t>
            </w:r>
          </w:p>
        </w:tc>
        <w:tc>
          <w:tcPr>
            <w:tcW w:type="dxa" w:w="6168"/>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Your emergency contact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Your support coordinator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Your plan manager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[who]</w:t>
            </w:r>
          </w:p>
        </w:tc>
      </w:tr>
    </w:tbl>
    <w:p>
      <w:pPr>
        <w:spacing w:after="80" w:before="0" w:line="192" w:lineRule="auto"/>
      </w:pPr>
    </w:p>
    <w:p>
      <w:pPr>
        <w:pStyle w:val="Heading2"/>
        <w:pBdr>
          <w:bottom w:val="single" w:sz="8" w:space="4" w:color="D4D8EA"/>
        </w:pBdr>
      </w:pPr>
      <w:r>
        <w:rPr>
          <w:b/>
          <w:color w:val="4F46E5"/>
        </w:rPr>
        <w:t xml:space="preserve">12  </w:t>
      </w:r>
      <w:r>
        <w:rPr>
          <w:b/>
          <w:i w:val="0"/>
        </w:rPr>
        <w:t>Paying for supports</w:t>
      </w:r>
    </w:p>
    <w:p>
      <w:pPr>
        <w:tabs>
          <w:tab w:pos="624" w:val="left"/>
        </w:tabs>
        <w:ind w:left="624" w:hanging="624"/>
      </w:pPr>
      <w:r>
        <w:rPr>
          <w:b/>
          <w:color w:val="1E2A78"/>
          <w:sz w:val="19"/>
        </w:rPr>
        <w:t>12.1</w:t>
        <w:tab/>
      </w:r>
      <w:r>
        <w:rPr>
          <w:b w:val="0"/>
          <w:i w:val="0"/>
        </w:rPr>
        <w:t>How your supports are funded (tick the ones that apply):</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NDIA-managed.</w:t>
      </w:r>
      <w:r>
        <w:rPr>
          <w:b w:val="0"/>
          <w:i w:val="0"/>
        </w:rPr>
        <w:t xml:space="preserve"> I will claim payment from the NDIA. Only registered providers can be paid for NDIA-managed supports, so tick this only if I am registered.</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Plan-managed.</w:t>
      </w:r>
      <w:r>
        <w:rPr>
          <w:b w:val="0"/>
          <w:i w:val="0"/>
        </w:rPr>
        <w:t xml:space="preserve"> I will send invoices to your plan manager (clause 3).</w:t>
      </w:r>
    </w:p>
    <w:p>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w:t>
      </w:r>
      <w:r>
        <w:rPr>
          <w:b/>
          <w:i w:val="0"/>
        </w:rPr>
        <w:t>Self-managed.</w:t>
      </w:r>
      <w:r>
        <w:rPr>
          <w:b w:val="0"/>
          <w:i w:val="0"/>
        </w:rPr>
        <w:t xml:space="preserve"> I will send invoices to </w:t>
      </w:r>
      <w:r>
        <w:rPr>
          <w:i w:val="0"/>
          <w:color w:val="1E2A78"/>
          <w:shd w:val="clear" w:color="auto" w:fill="E9EDFC"/>
        </w:rPr>
        <w:t>[you or your nominee]</w:t>
      </w:r>
      <w:r>
        <w:rPr>
          <w:b w:val="0"/>
          <w:i w:val="0"/>
        </w:rPr>
        <w:t xml:space="preserve">, and you agree to pay within </w:t>
      </w:r>
      <w:r>
        <w:rPr>
          <w:i w:val="0"/>
          <w:color w:val="1E2A78"/>
          <w:shd w:val="clear" w:color="auto" w:fill="E9EDFC"/>
        </w:rPr>
        <w:t>[14]</w:t>
      </w:r>
      <w:r>
        <w:rPr>
          <w:b w:val="0"/>
          <w:i w:val="0"/>
        </w:rPr>
        <w:t xml:space="preserve"> days.</w:t>
      </w:r>
    </w:p>
    <w:p>
      <w:pPr>
        <w:tabs>
          <w:tab w:pos="624" w:val="left"/>
        </w:tabs>
        <w:ind w:left="624" w:hanging="624"/>
      </w:pPr>
      <w:r>
        <w:rPr>
          <w:b/>
          <w:color w:val="1E2A78"/>
          <w:sz w:val="19"/>
        </w:rPr>
        <w:t>12.2</w:t>
        <w:tab/>
      </w:r>
      <w:r>
        <w:rPr>
          <w:b w:val="0"/>
          <w:i w:val="0"/>
        </w:rPr>
        <w:t xml:space="preserve">I will send invoices </w:t>
      </w:r>
      <w:r>
        <w:rPr>
          <w:i w:val="0"/>
          <w:color w:val="1E2A78"/>
          <w:shd w:val="clear" w:color="auto" w:fill="E9EDFC"/>
        </w:rPr>
        <w:t>[weekly, fortnightly or monthly]</w:t>
      </w:r>
      <w:r>
        <w:rPr>
          <w:b w:val="0"/>
          <w:i w:val="0"/>
        </w:rPr>
        <w:t>.</w:t>
      </w:r>
    </w:p>
    <w:p>
      <w:pPr>
        <w:tabs>
          <w:tab w:pos="624" w:val="left"/>
        </w:tabs>
        <w:ind w:left="624" w:hanging="624"/>
      </w:pPr>
      <w:r>
        <w:rPr>
          <w:b/>
          <w:color w:val="1E2A78"/>
          <w:sz w:val="19"/>
        </w:rPr>
        <w:t>12.3</w:t>
        <w:tab/>
      </w:r>
      <w:r>
        <w:rPr>
          <w:b w:val="0"/>
          <w:i w:val="0"/>
        </w:rPr>
        <w:t>I will not add a credit card surcharge, a “gap” fee, a late payment fee, an exit fee or any other charge that is not in this agreement.</w:t>
      </w:r>
    </w:p>
    <w:p>
      <w:pPr>
        <w:tabs>
          <w:tab w:pos="624" w:val="left"/>
        </w:tabs>
        <w:ind w:left="624" w:hanging="624"/>
      </w:pPr>
      <w:r>
        <w:rPr>
          <w:b/>
          <w:color w:val="1E2A78"/>
          <w:sz w:val="19"/>
        </w:rPr>
        <w:t>12.4</w:t>
        <w:tab/>
      </w:r>
      <w:r>
        <w:rPr>
          <w:b w:val="0"/>
          <w:i w:val="0"/>
        </w:rPr>
        <w:t>If a claim or invoice is rejected, I will tell you and work with you (and your plan manager) to sort it out. I will not ask you to pay for a support that I claimed incorrectly.</w:t>
      </w:r>
    </w:p>
    <w:p>
      <w:pPr>
        <w:pStyle w:val="Heading2"/>
        <w:pBdr>
          <w:bottom w:val="single" w:sz="8" w:space="4" w:color="D4D8EA"/>
        </w:pBdr>
      </w:pPr>
      <w:r>
        <w:rPr>
          <w:b/>
          <w:color w:val="4F46E5"/>
        </w:rPr>
        <w:t xml:space="preserve">13  </w:t>
      </w:r>
      <w:r>
        <w:rPr>
          <w:b/>
          <w:i w:val="0"/>
        </w:rPr>
        <w:t>GST</w:t>
      </w:r>
    </w:p>
    <w:p>
      <w:pPr>
        <w:tabs>
          <w:tab w:pos="624" w:val="left"/>
        </w:tabs>
        <w:ind w:left="624" w:hanging="624"/>
      </w:pPr>
      <w:r>
        <w:rPr>
          <w:b/>
          <w:color w:val="1E2A78"/>
          <w:sz w:val="19"/>
        </w:rPr>
        <w:t>13.1</w:t>
        <w:tab/>
      </w:r>
      <w:r>
        <w:rPr>
          <w:b w:val="0"/>
          <w:i w:val="0"/>
        </w:rPr>
        <w:t>Many NDIS supports are GST-free, but not all. If GST applies to a support, Attachment A will say so and I will give you a tax invoice.</w:t>
      </w:r>
    </w:p>
    <w:p>
      <w:pPr>
        <w:pStyle w:val="Heading2"/>
        <w:pBdr>
          <w:bottom w:val="single" w:sz="8" w:space="4" w:color="D4D8EA"/>
        </w:pBdr>
      </w:pPr>
      <w:r>
        <w:rPr>
          <w:b/>
          <w:color w:val="4F46E5"/>
        </w:rPr>
        <w:t xml:space="preserve">14  </w:t>
      </w:r>
      <w:r>
        <w:rPr>
          <w:b/>
          <w:i w:val="0"/>
        </w:rPr>
        <w:t>My responsibilities</w:t>
      </w:r>
    </w:p>
    <w:p>
      <w:r>
        <w:rPr>
          <w:b w:val="0"/>
          <w:i w:val="0"/>
        </w:rPr>
        <w:t>I will:</w:t>
      </w:r>
    </w:p>
    <w:p>
      <w:pPr>
        <w:pStyle w:val="ListBullet"/>
      </w:pPr>
      <w:r>
        <w:rPr>
          <w:b w:val="0"/>
          <w:i w:val="0"/>
        </w:rPr>
        <w:t>treat you with dignity and respect, and talk with you openly and honestly, in a way you understand</w:t>
      </w:r>
    </w:p>
    <w:p>
      <w:pPr>
        <w:pStyle w:val="ListBullet"/>
      </w:pPr>
      <w:r>
        <w:rPr>
          <w:b w:val="0"/>
          <w:i w:val="0"/>
        </w:rPr>
        <w:t>provide supports that meet your needs and goals and respect your choices</w:t>
      </w:r>
    </w:p>
    <w:p>
      <w:pPr>
        <w:pStyle w:val="ListBullet"/>
      </w:pPr>
      <w:r>
        <w:rPr>
          <w:b w:val="0"/>
          <w:i w:val="0"/>
        </w:rPr>
        <w:t>protect your privacy (clause 16) and tell you how to give feedback or make a complaint</w:t>
      </w:r>
    </w:p>
    <w:p>
      <w:pPr>
        <w:pStyle w:val="ListBullet"/>
      </w:pPr>
      <w:r>
        <w:rPr>
          <w:b w:val="0"/>
          <w:i w:val="0"/>
        </w:rPr>
        <w:t>follow the NDIS Code of Conduct, the NDIS Practice Standards if I am registered, and every other law that applies</w:t>
      </w:r>
    </w:p>
    <w:p>
      <w:pPr>
        <w:pStyle w:val="ListBullet"/>
      </w:pPr>
      <w:r>
        <w:rPr>
          <w:b w:val="0"/>
          <w:i w:val="0"/>
        </w:rPr>
        <w:t>keep accurate records of the supports I deliver, for at least 7 years</w:t>
      </w:r>
    </w:p>
    <w:p>
      <w:pPr>
        <w:pStyle w:val="ListBullet"/>
      </w:pPr>
      <w:r>
        <w:rPr>
          <w:b w:val="0"/>
          <w:i w:val="0"/>
        </w:rPr>
        <w:t>charge only for supports delivered, at the agreed price, plus only the extra charges you agreed to in clause 8</w:t>
      </w:r>
    </w:p>
    <w:p>
      <w:pPr>
        <w:pStyle w:val="ListBullet"/>
      </w:pPr>
      <w:r>
        <w:rPr>
          <w:b w:val="0"/>
          <w:i w:val="0"/>
        </w:rPr>
        <w:t>tell you about any conflict of interest, and give you a signed copy of this agreement in the format you prefer.</w:t>
      </w:r>
    </w:p>
    <w:p>
      <w:pPr>
        <w:pStyle w:val="Heading2"/>
        <w:pBdr>
          <w:bottom w:val="single" w:sz="8" w:space="4" w:color="D4D8EA"/>
        </w:pBdr>
      </w:pPr>
      <w:r>
        <w:rPr>
          <w:b/>
          <w:color w:val="4F46E5"/>
        </w:rPr>
        <w:t xml:space="preserve">15  </w:t>
      </w:r>
      <w:r>
        <w:rPr>
          <w:b/>
          <w:i w:val="0"/>
        </w:rPr>
        <w:t>Your rights and responsibilities</w:t>
      </w:r>
    </w:p>
    <w:p>
      <w:pPr>
        <w:tabs>
          <w:tab w:pos="624" w:val="left"/>
        </w:tabs>
        <w:ind w:left="624" w:hanging="624"/>
      </w:pPr>
      <w:r>
        <w:rPr>
          <w:b/>
          <w:color w:val="1E2A78"/>
          <w:sz w:val="19"/>
        </w:rPr>
        <w:t>15.1</w:t>
        <w:tab/>
      </w:r>
      <w:r>
        <w:rPr>
          <w:b w:val="0"/>
          <w:i w:val="0"/>
        </w:rPr>
        <w:t>You have the right to:</w:t>
      </w:r>
    </w:p>
    <w:p>
      <w:pPr>
        <w:pStyle w:val="ListBullet"/>
      </w:pPr>
      <w:r>
        <w:rPr>
          <w:b w:val="0"/>
          <w:i w:val="0"/>
        </w:rPr>
        <w:t>choose your supports and how, when and by whom they are delivered</w:t>
      </w:r>
    </w:p>
    <w:p>
      <w:pPr>
        <w:pStyle w:val="ListBullet"/>
      </w:pPr>
      <w:r>
        <w:rPr>
          <w:b w:val="0"/>
          <w:i w:val="0"/>
        </w:rPr>
        <w:t>be treated with dignity and respect, and be free from abuse, neglect and exploitation</w:t>
      </w:r>
    </w:p>
    <w:p>
      <w:pPr>
        <w:pStyle w:val="ListBullet"/>
      </w:pPr>
      <w:r>
        <w:rPr>
          <w:b w:val="0"/>
          <w:i w:val="0"/>
        </w:rPr>
        <w:t>have your privacy respected, and have a family member, friend, carer or advocate support you</w:t>
      </w:r>
    </w:p>
    <w:p>
      <w:pPr>
        <w:pStyle w:val="ListBullet"/>
      </w:pPr>
      <w:r>
        <w:rPr>
          <w:b w:val="0"/>
          <w:i w:val="0"/>
        </w:rPr>
        <w:t>give feedback or make a complaint without it affecting your supports, and change or end this agreement (clauses 17 and 18).</w:t>
      </w:r>
    </w:p>
    <w:p>
      <w:pPr>
        <w:tabs>
          <w:tab w:pos="624" w:val="left"/>
        </w:tabs>
        <w:ind w:left="624" w:hanging="624"/>
      </w:pPr>
      <w:r>
        <w:rPr>
          <w:b/>
          <w:color w:val="1E2A78"/>
          <w:sz w:val="19"/>
        </w:rPr>
        <w:t>15.2</w:t>
        <w:tab/>
      </w:r>
      <w:r>
        <w:rPr>
          <w:b w:val="0"/>
          <w:i w:val="0"/>
        </w:rPr>
        <w:t>You agree to:</w:t>
      </w:r>
    </w:p>
    <w:p>
      <w:pPr>
        <w:pStyle w:val="ListBullet"/>
      </w:pPr>
      <w:r>
        <w:rPr>
          <w:b w:val="0"/>
          <w:i w:val="0"/>
        </w:rPr>
        <w:t>give me the information I need to deliver your supports safely (you do not have to show me your whole NDIS plan)</w:t>
      </w:r>
    </w:p>
    <w:p>
      <w:pPr>
        <w:pStyle w:val="ListBullet"/>
      </w:pPr>
      <w:r>
        <w:rPr>
          <w:b w:val="0"/>
          <w:i w:val="0"/>
        </w:rPr>
        <w:t xml:space="preserve">treat me with respect, and help keep the place where supports are delivered safe for both of us, for example: </w:t>
      </w:r>
      <w:r>
        <w:rPr>
          <w:i w:val="0"/>
          <w:color w:val="1E2A78"/>
          <w:shd w:val="clear" w:color="auto" w:fill="E9EDFC"/>
        </w:rPr>
        <w:t>[pets secured, no smoking during supports]</w:t>
      </w:r>
    </w:p>
    <w:p>
      <w:pPr>
        <w:pStyle w:val="ListBullet"/>
      </w:pPr>
      <w:r>
        <w:rPr>
          <w:b w:val="0"/>
          <w:i w:val="0"/>
        </w:rPr>
        <w:t>tell me as early as you can if you cannot make a support (clause 9), and pay invoices on time if you self-manage</w:t>
      </w:r>
    </w:p>
    <w:p>
      <w:pPr>
        <w:pStyle w:val="ListBullet"/>
      </w:pPr>
      <w:r>
        <w:rPr>
          <w:b w:val="0"/>
          <w:i w:val="0"/>
        </w:rPr>
        <w:t>tell me if your NDIS plan, funding, plan manager or support needs change.</w:t>
      </w:r>
    </w:p>
    <w:p>
      <w:pPr>
        <w:tabs>
          <w:tab w:pos="624" w:val="left"/>
        </w:tabs>
        <w:ind w:left="624" w:hanging="624"/>
      </w:pPr>
      <w:r>
        <w:rPr>
          <w:b/>
          <w:color w:val="1E2A78"/>
          <w:sz w:val="19"/>
        </w:rPr>
        <w:t>15.3</w:t>
        <w:tab/>
      </w:r>
      <w:r>
        <w:rPr>
          <w:b w:val="0"/>
          <w:i w:val="0"/>
        </w:rPr>
        <w:t xml:space="preserve">I respect your culture, identity, beliefs, language and practices. Tell me what matters to you and I will reflect it in how I support you: </w:t>
      </w:r>
      <w:r>
        <w:rPr>
          <w:i w:val="0"/>
          <w:color w:val="1E2A78"/>
          <w:shd w:val="clear" w:color="auto" w:fill="E9EDFC"/>
        </w:rPr>
        <w:t>[what matters to you]</w:t>
      </w:r>
      <w:r>
        <w:rPr>
          <w:b w:val="0"/>
          <w:i w:val="0"/>
        </w:rPr>
        <w:t>. You can involve family, carers, community members or Elders in decisions about your supports.</w:t>
      </w:r>
    </w:p>
    <w:p>
      <w:pPr>
        <w:pStyle w:val="Heading2"/>
        <w:pBdr>
          <w:bottom w:val="single" w:sz="8" w:space="4" w:color="D4D8EA"/>
        </w:pBdr>
      </w:pPr>
      <w:r>
        <w:rPr>
          <w:b/>
          <w:color w:val="4F46E5"/>
        </w:rPr>
        <w:t xml:space="preserve">16  </w:t>
      </w:r>
      <w:r>
        <w:rPr>
          <w:b/>
          <w:i w:val="0"/>
        </w:rPr>
        <w:t>Privacy and consent</w:t>
      </w:r>
    </w:p>
    <w:p>
      <w:pPr>
        <w:tabs>
          <w:tab w:pos="624" w:val="left"/>
        </w:tabs>
        <w:ind w:left="624" w:hanging="624"/>
      </w:pPr>
      <w:r>
        <w:rPr>
          <w:b/>
          <w:color w:val="1E2A78"/>
          <w:sz w:val="19"/>
        </w:rPr>
        <w:t>16.1</w:t>
        <w:tab/>
      </w:r>
      <w:r>
        <w:rPr>
          <w:b w:val="0"/>
          <w:i w:val="0"/>
        </w:rPr>
        <w:t>I collect personal and health information about you only to plan and deliver your supports, keep you safe, claim payment and meet the law. I share it only with your consent, or when the law requires or allows it (for example, with the NDIA when I claim, with the NDIS Commission, or in an emergency).</w:t>
      </w:r>
    </w:p>
    <w:p>
      <w:pPr>
        <w:tabs>
          <w:tab w:pos="624" w:val="left"/>
        </w:tabs>
        <w:ind w:left="624" w:hanging="624"/>
      </w:pPr>
      <w:r>
        <w:rPr>
          <w:b/>
          <w:color w:val="1E2A78"/>
          <w:sz w:val="19"/>
        </w:rPr>
        <w:t>16.2</w:t>
        <w:tab/>
      </w:r>
      <w:r>
        <w:rPr>
          <w:b w:val="0"/>
          <w:i w:val="0"/>
        </w:rPr>
        <w:t xml:space="preserve">You can ask to see the information I hold about you and ask me to correct it. If you have a concern about your privacy, tell me first. You can also complain to the Office of the Australian Information Commissioner or the NDIS Commission. My privacy policy: </w:t>
      </w:r>
      <w:r>
        <w:rPr>
          <w:i w:val="0"/>
          <w:color w:val="1E2A78"/>
          <w:shd w:val="clear" w:color="auto" w:fill="E9EDFC"/>
        </w:rPr>
        <w:t>[web address, or “attached”]</w:t>
      </w:r>
    </w:p>
    <w:p>
      <w:pPr>
        <w:tabs>
          <w:tab w:pos="624" w:val="left"/>
        </w:tabs>
        <w:ind w:left="624" w:hanging="624"/>
      </w:pPr>
      <w:r>
        <w:rPr>
          <w:b/>
          <w:color w:val="1E2A78"/>
          <w:sz w:val="19"/>
        </w:rPr>
        <w:t>16.3</w:t>
        <w:tab/>
      </w:r>
      <w:r>
        <w:rPr>
          <w:b w:val="0"/>
          <w:i w:val="0"/>
        </w:rPr>
        <w:t xml:space="preserve">You agree that I may share information about your supports with (tick the ones you agree to):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Your plan manager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Your support coordinator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Your doctor or health professionals: </w:t>
      </w:r>
      <w:r>
        <w:rPr>
          <w:i w:val="0"/>
          <w:color w:val="1E2A78"/>
          <w:shd w:val="clear" w:color="auto" w:fill="E9EDFC"/>
        </w:rPr>
        <w:t>[who]</w:t>
      </w:r>
      <w:r>
        <w:rPr>
          <w:b w:val="0"/>
          <w:i w:val="0"/>
        </w:rPr>
        <w:t xml:space="preserve">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Family or carers: </w:t>
      </w:r>
      <w:r>
        <w:rPr>
          <w:i w:val="0"/>
          <w:color w:val="1E2A78"/>
          <w:shd w:val="clear" w:color="auto" w:fill="E9EDFC"/>
        </w:rPr>
        <w:t>[who]</w:t>
      </w:r>
      <w:r>
        <w:rPr>
          <w:b w:val="0"/>
          <w:i w:val="0"/>
        </w:rPr>
        <w:t xml:space="preserve">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Other: </w:t>
      </w:r>
      <w:r>
        <w:rPr>
          <w:i w:val="0"/>
          <w:color w:val="1E2A78"/>
          <w:shd w:val="clear" w:color="auto" w:fill="E9EDFC"/>
        </w:rPr>
        <w:t>[who]</w:t>
      </w:r>
      <w:r>
        <w:rPr>
          <w:b w:val="0"/>
          <w:i w:val="0"/>
        </w:rPr>
        <w:t>. You can change or withdraw your consent at any time by telling me.</w:t>
      </w:r>
    </w:p>
    <w:p>
      <w:pPr>
        <w:pStyle w:val="Heading2"/>
        <w:pBdr>
          <w:bottom w:val="single" w:sz="8" w:space="4" w:color="D4D8EA"/>
        </w:pBdr>
      </w:pPr>
      <w:r>
        <w:rPr>
          <w:b/>
          <w:color w:val="4F46E5"/>
        </w:rPr>
        <w:t xml:space="preserve">17  </w:t>
      </w:r>
      <w:r>
        <w:rPr>
          <w:b/>
          <w:i w:val="0"/>
        </w:rPr>
        <w:t>Changing this agreement</w:t>
      </w:r>
    </w:p>
    <w:p>
      <w:pPr>
        <w:tabs>
          <w:tab w:pos="624" w:val="left"/>
        </w:tabs>
        <w:ind w:left="624" w:hanging="624"/>
      </w:pPr>
      <w:r>
        <w:rPr>
          <w:b/>
          <w:color w:val="1E2A78"/>
          <w:sz w:val="19"/>
        </w:rPr>
        <w:t>17.1</w:t>
        <w:tab/>
      </w:r>
      <w:r>
        <w:rPr>
          <w:b w:val="0"/>
          <w:i w:val="0"/>
        </w:rPr>
        <w:t>This agreement can only be changed if both of us agree, in writing.</w:t>
      </w:r>
    </w:p>
    <w:p>
      <w:pPr>
        <w:tabs>
          <w:tab w:pos="624" w:val="left"/>
        </w:tabs>
        <w:ind w:left="624" w:hanging="624"/>
      </w:pPr>
      <w:r>
        <w:rPr>
          <w:b/>
          <w:color w:val="1E2A78"/>
          <w:sz w:val="19"/>
        </w:rPr>
        <w:t>17.2</w:t>
        <w:tab/>
      </w:r>
      <w:r>
        <w:rPr>
          <w:b w:val="0"/>
          <w:i w:val="0"/>
        </w:rPr>
        <w:t>Small changes, such as a different day or time, a few more or fewer hours of the same support, or a price change you agree to, are recorded on the variation form (Attachment B) and signed by both of us. Bigger changes need a new agreement, for example new supports, supports that change a lot, or a new NDIS plan.</w:t>
      </w:r>
    </w:p>
    <w:p>
      <w:pPr>
        <w:tabs>
          <w:tab w:pos="624" w:val="left"/>
        </w:tabs>
        <w:ind w:left="624" w:hanging="624"/>
      </w:pPr>
      <w:r>
        <w:rPr>
          <w:b/>
          <w:color w:val="1E2A78"/>
          <w:sz w:val="19"/>
        </w:rPr>
        <w:t>17.3</w:t>
        <w:tab/>
      </w:r>
      <w:r>
        <w:rPr>
          <w:b w:val="0"/>
          <w:i w:val="0"/>
        </w:rPr>
        <w:t xml:space="preserve">I will give you at least </w:t>
      </w:r>
      <w:r>
        <w:rPr>
          <w:i w:val="0"/>
          <w:color w:val="1E2A78"/>
          <w:shd w:val="clear" w:color="auto" w:fill="E9EDFC"/>
        </w:rPr>
        <w:t>[14]</w:t>
      </w:r>
      <w:r>
        <w:rPr>
          <w:b w:val="0"/>
          <w:i w:val="0"/>
        </w:rPr>
        <w:t xml:space="preserve"> days’ notice before I change a regular support, unless you asked for the change or there is an emergency. Price changes follow clause 7.</w:t>
      </w:r>
    </w:p>
    <w:p>
      <w:pPr>
        <w:pStyle w:val="Heading2"/>
        <w:pBdr>
          <w:bottom w:val="single" w:sz="8" w:space="4" w:color="D4D8EA"/>
        </w:pBdr>
      </w:pPr>
      <w:r>
        <w:rPr>
          <w:b/>
          <w:color w:val="4F46E5"/>
        </w:rPr>
        <w:t xml:space="preserve">18  </w:t>
      </w:r>
      <w:r>
        <w:rPr>
          <w:b/>
          <w:i w:val="0"/>
        </w:rPr>
        <w:t>Ending this agreement</w:t>
      </w:r>
    </w:p>
    <w:p>
      <w:pPr>
        <w:tabs>
          <w:tab w:pos="624" w:val="left"/>
        </w:tabs>
        <w:ind w:left="624" w:hanging="624"/>
      </w:pPr>
      <w:r>
        <w:rPr>
          <w:b/>
          <w:color w:val="1E2A78"/>
          <w:sz w:val="19"/>
        </w:rPr>
        <w:t>18.1</w:t>
        <w:tab/>
      </w:r>
      <w:r>
        <w:rPr>
          <w:b w:val="0"/>
          <w:i w:val="0"/>
        </w:rPr>
        <w:t xml:space="preserve">You can end this agreement at any time by giving me </w:t>
      </w:r>
      <w:r>
        <w:rPr>
          <w:i w:val="0"/>
          <w:color w:val="1E2A78"/>
          <w:shd w:val="clear" w:color="auto" w:fill="E9EDFC"/>
        </w:rPr>
        <w:t>[14]</w:t>
      </w:r>
      <w:r>
        <w:rPr>
          <w:b w:val="0"/>
          <w:i w:val="0"/>
        </w:rPr>
        <w:t xml:space="preserve"> days’ notice in writing (a text message or email is fine). I can end it by giving you </w:t>
      </w:r>
      <w:r>
        <w:rPr>
          <w:i w:val="0"/>
          <w:color w:val="1E2A78"/>
          <w:shd w:val="clear" w:color="auto" w:fill="E9EDFC"/>
        </w:rPr>
        <w:t>[14]</w:t>
      </w:r>
      <w:r>
        <w:rPr>
          <w:b w:val="0"/>
          <w:i w:val="0"/>
        </w:rPr>
        <w:t xml:space="preserve"> days’ notice in writing.</w:t>
      </w:r>
    </w:p>
    <w:p>
      <w:pPr>
        <w:tabs>
          <w:tab w:pos="624" w:val="left"/>
        </w:tabs>
        <w:ind w:left="624" w:hanging="624"/>
      </w:pPr>
      <w:r>
        <w:rPr>
          <w:b/>
          <w:color w:val="1E2A78"/>
          <w:sz w:val="19"/>
        </w:rPr>
        <w:t>18.2</w:t>
        <w:tab/>
      </w:r>
      <w:r>
        <w:rPr>
          <w:b w:val="0"/>
          <w:i w:val="0"/>
        </w:rPr>
        <w:t xml:space="preserve">If either of us seriously breaks this agreement, the other can ask in writing for it to be fixed within </w:t>
      </w:r>
      <w:r>
        <w:rPr>
          <w:i w:val="0"/>
          <w:color w:val="1E2A78"/>
          <w:shd w:val="clear" w:color="auto" w:fill="E9EDFC"/>
        </w:rPr>
        <w:t>[14]</w:t>
      </w:r>
      <w:r>
        <w:rPr>
          <w:b w:val="0"/>
          <w:i w:val="0"/>
        </w:rPr>
        <w:t xml:space="preserve"> days. If it is not fixed in that time, the agreement can be ended straight away by written notice.</w:t>
      </w:r>
    </w:p>
    <w:p>
      <w:pPr>
        <w:tabs>
          <w:tab w:pos="624" w:val="left"/>
        </w:tabs>
        <w:ind w:left="624" w:hanging="624"/>
      </w:pPr>
      <w:r>
        <w:rPr>
          <w:b/>
          <w:color w:val="1E2A78"/>
          <w:sz w:val="19"/>
        </w:rPr>
        <w:t>18.3</w:t>
        <w:tab/>
      </w:r>
      <w:r>
        <w:rPr>
          <w:b/>
          <w:i w:val="0"/>
        </w:rPr>
        <w:t>Optional cooling-off period.</w:t>
      </w:r>
      <w:r>
        <w:rPr>
          <w:b w:val="0"/>
          <w:i w:val="0"/>
        </w:rPr>
        <w:t xml:space="preserve">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You can cancel this agreement within </w:t>
      </w:r>
      <w:r>
        <w:rPr>
          <w:i w:val="0"/>
          <w:color w:val="1E2A78"/>
          <w:shd w:val="clear" w:color="auto" w:fill="E9EDFC"/>
        </w:rPr>
        <w:t>[number]</w:t>
      </w:r>
      <w:r>
        <w:rPr>
          <w:b w:val="0"/>
          <w:i w:val="0"/>
        </w:rPr>
        <w:t xml:space="preserve"> days after signing it, at no cost apart from supports you have already received.</w:t>
      </w:r>
    </w:p>
    <w:p>
      <w:pPr>
        <w:tabs>
          <w:tab w:pos="624" w:val="left"/>
        </w:tabs>
        <w:ind w:left="624" w:hanging="624"/>
      </w:pPr>
      <w:r>
        <w:rPr>
          <w:b/>
          <w:color w:val="1E2A78"/>
          <w:sz w:val="19"/>
        </w:rPr>
        <w:t>18.4</w:t>
        <w:tab/>
      </w:r>
      <w:r>
        <w:rPr>
          <w:b w:val="0"/>
          <w:i w:val="0"/>
        </w:rPr>
        <w:t>There is no exit fee. When the agreement ends, you pay only for supports delivered up to the end date and any short notice cancellation charges allowed by clause 9. This agreement ends on the end date in clause 4, unless both of us agree in writing to extend it or make a new one.</w:t>
      </w:r>
    </w:p>
    <w:tbl>
      <w:tblPr>
        <w:tblW w:type="auto" w:w="0"/>
        <w:jc w:val="center"/>
        <w:tblLook w:firstColumn="1" w:firstRow="1" w:lastColumn="0" w:lastRow="0" w:noHBand="0" w:noVBand="1" w:val="04A0"/>
        <w:tblBorders>
          <w:top w:val="nil"/>
          <w:left w:val="single" w:sz="18" w:color="F59E0B"/>
          <w:bottom w:val="nil"/>
          <w:right w:val="nil"/>
          <w:insideH w:val="nil"/>
          <w:insideV w:val="nil"/>
        </w:tblBorders>
        <w:tblCellMar>
          <w:top w:w="140" w:type="dxa"/>
          <w:left w:w="220" w:type="dxa"/>
          <w:bottom w:w="120" w:type="dxa"/>
          <w:right w:w="200" w:type="dxa"/>
        </w:tblCellMar>
      </w:tblPr>
      <w:tblGrid>
        <w:gridCol w:w="9638"/>
      </w:tblGrid>
      <w:tr>
        <w:trPr>
          <w:cantSplit/>
        </w:trPr>
        <w:tc>
          <w:tcPr>
            <w:tcW w:type="dxa" w:w="9638"/>
            <w:shd w:val="clear" w:color="auto" w:fill="FFF8EB"/>
          </w:tcPr>
          <w:p>
            <w:pPr>
              <w:spacing w:after="80" w:before="0"/>
            </w:pPr>
            <w:r>
              <w:rPr>
                <w:b/>
                <w:color w:val="8A4B08"/>
                <w:sz w:val="16"/>
              </w:rPr>
              <w:t xml:space="preserve">FOR THE PROVIDER  </w:t>
            </w:r>
            <w:r>
              <w:rPr>
                <w:b/>
                <w:i w:val="0"/>
                <w:color w:val="8A4B08"/>
                <w:sz w:val="19"/>
              </w:rPr>
              <w:t>Note for the provider (delete before use)</w:t>
            </w:r>
          </w:p>
          <w:p>
            <w:pPr>
              <w:pStyle w:val="ListBullet"/>
              <w:spacing w:after="60" w:before="0"/>
            </w:pPr>
            <w:r>
              <w:rPr>
                <w:b w:val="0"/>
                <w:i w:val="0"/>
                <w:sz w:val="19"/>
              </w:rPr>
              <w:t>The law does not generally require a cooling-off period. The ACCC says cooling-off rights apply to unsolicited agreements, such as door-to-door and telemarketing sales. If you signed the participant up after approaching them uninvited, get advice.</w:t>
            </w:r>
          </w:p>
        </w:tc>
      </w:tr>
    </w:tbl>
    <w:p>
      <w:pPr>
        <w:spacing w:after="80" w:before="0" w:line="192" w:lineRule="auto"/>
      </w:pPr>
    </w:p>
    <w:p>
      <w:pPr>
        <w:pStyle w:val="Heading2"/>
        <w:pBdr>
          <w:bottom w:val="single" w:sz="8" w:space="4" w:color="D4D8EA"/>
        </w:pBdr>
      </w:pPr>
      <w:r>
        <w:rPr>
          <w:b/>
          <w:color w:val="4F46E5"/>
        </w:rPr>
        <w:t xml:space="preserve">19  </w:t>
      </w:r>
      <w:r>
        <w:rPr>
          <w:b/>
          <w:i w:val="0"/>
        </w:rPr>
        <w:t>Complaints and disagreements</w:t>
      </w:r>
    </w:p>
    <w:p>
      <w:pPr>
        <w:tabs>
          <w:tab w:pos="624" w:val="left"/>
        </w:tabs>
        <w:ind w:left="624" w:hanging="624"/>
      </w:pPr>
      <w:r>
        <w:rPr>
          <w:b/>
          <w:color w:val="1E2A78"/>
          <w:sz w:val="19"/>
        </w:rPr>
        <w:t>19.1</w:t>
        <w:tab/>
      </w:r>
      <w:r>
        <w:rPr>
          <w:b w:val="0"/>
          <w:i w:val="0"/>
        </w:rPr>
        <w:t xml:space="preserve">You can give feedback or make a complaint to me by </w:t>
      </w:r>
      <w:r>
        <w:rPr>
          <w:i w:val="0"/>
          <w:color w:val="1E2A78"/>
          <w:shd w:val="clear" w:color="auto" w:fill="E9EDFC"/>
        </w:rPr>
        <w:t>[phone, email or in person]</w:t>
      </w:r>
      <w:r>
        <w:rPr>
          <w:b w:val="0"/>
          <w:i w:val="0"/>
        </w:rPr>
        <w:t xml:space="preserve">. I will reply within </w:t>
      </w:r>
      <w:r>
        <w:rPr>
          <w:i w:val="0"/>
          <w:color w:val="1E2A78"/>
          <w:shd w:val="clear" w:color="auto" w:fill="E9EDFC"/>
        </w:rPr>
        <w:t>[number]</w:t>
      </w:r>
      <w:r>
        <w:rPr>
          <w:b w:val="0"/>
          <w:i w:val="0"/>
        </w:rPr>
        <w:t xml:space="preserve"> business days. You can have a support person or advocate help you, and making a complaint will not affect your supports.</w:t>
      </w:r>
    </w:p>
    <w:p>
      <w:pPr>
        <w:tabs>
          <w:tab w:pos="624" w:val="left"/>
        </w:tabs>
        <w:ind w:left="624" w:hanging="624"/>
      </w:pPr>
      <w:r>
        <w:rPr>
          <w:b/>
          <w:color w:val="1E2A78"/>
          <w:sz w:val="19"/>
        </w:rPr>
        <w:t>19.2</w:t>
        <w:tab/>
      </w:r>
      <w:r>
        <w:rPr>
          <w:b w:val="0"/>
          <w:i w:val="0"/>
        </w:rPr>
        <w:t>If we cannot sort it out together, either of us can ask an independent person, such as a mediator or advocate, to help. You can also contact the NDIS Quality and Safeguards Commission at any time: phone 1800 035 544, TTY 133 677, or online at ndiscommission.gov.au.</w:t>
      </w:r>
    </w:p>
    <w:p>
      <w:pPr>
        <w:tabs>
          <w:tab w:pos="624" w:val="left"/>
        </w:tabs>
        <w:ind w:left="624" w:hanging="624"/>
      </w:pPr>
      <w:r>
        <w:rPr>
          <w:b/>
          <w:color w:val="1E2A78"/>
          <w:sz w:val="19"/>
        </w:rPr>
        <w:t>19.3</w:t>
        <w:tab/>
      </w:r>
      <w:r>
        <w:rPr>
          <w:b w:val="0"/>
          <w:i w:val="0"/>
        </w:rPr>
        <w:t>If I am a registered provider, I will also handle complaints under my complaints management system, as section 73W of the NDIS Act 2013 and section 8 of the NDIS (Complaints Management and Resolution) Rules 2018 require.</w:t>
      </w:r>
    </w:p>
    <w:p>
      <w:pPr>
        <w:tabs>
          <w:tab w:pos="624" w:val="left"/>
        </w:tabs>
        <w:ind w:left="624" w:hanging="624"/>
      </w:pPr>
      <w:r>
        <w:rPr>
          <w:b/>
          <w:color w:val="1E2A78"/>
          <w:sz w:val="19"/>
        </w:rPr>
        <w:t>19.4</w:t>
        <w:tab/>
      </w:r>
      <w:r>
        <w:rPr>
          <w:b w:val="0"/>
          <w:i w:val="0"/>
        </w:rPr>
        <w:t>I will not pass any amount to a debt collector unless the debt has been confirmed as valid and these steps have been followed.</w:t>
      </w:r>
    </w:p>
    <w:p>
      <w:pPr>
        <w:pStyle w:val="Heading2"/>
        <w:pBdr>
          <w:bottom w:val="single" w:sz="8" w:space="4" w:color="D4D8EA"/>
        </w:pBdr>
      </w:pPr>
      <w:r>
        <w:rPr>
          <w:b/>
          <w:color w:val="4F46E5"/>
        </w:rPr>
        <w:t xml:space="preserve">20  </w:t>
      </w:r>
      <w:r>
        <w:rPr>
          <w:b/>
          <w:i w:val="0"/>
        </w:rPr>
        <w:t>Liability</w:t>
      </w:r>
    </w:p>
    <w:p>
      <w:pPr>
        <w:tabs>
          <w:tab w:pos="624" w:val="left"/>
        </w:tabs>
        <w:ind w:left="624" w:hanging="624"/>
      </w:pPr>
      <w:r>
        <w:rPr>
          <w:b/>
          <w:color w:val="1E2A78"/>
          <w:sz w:val="19"/>
        </w:rPr>
        <w:t>20.1</w:t>
        <w:tab/>
      </w:r>
      <w:r>
        <w:rPr>
          <w:b w:val="0"/>
          <w:i w:val="0"/>
        </w:rPr>
        <w:t>Nothing in this agreement limits your rights under the Australian Consumer Law or any other law. Each of us is responsible for our own actions, as the law provides.</w:t>
      </w:r>
    </w:p>
    <w:p>
      <w:pPr>
        <w:pStyle w:val="Heading2"/>
        <w:pBdr>
          <w:bottom w:val="single" w:sz="8" w:space="4" w:color="D4D8EA"/>
        </w:pBdr>
      </w:pPr>
      <w:r>
        <w:rPr>
          <w:b/>
          <w:color w:val="4F46E5"/>
        </w:rPr>
        <w:t xml:space="preserve">21  </w:t>
      </w:r>
      <w:r>
        <w:rPr>
          <w:b/>
          <w:i w:val="0"/>
        </w:rPr>
        <w:t>About me (optional)</w:t>
      </w:r>
    </w:p>
    <w:p>
      <w:r>
        <w:rPr>
          <w:b w:val="0"/>
          <w:i w:val="0"/>
        </w:rPr>
        <w:t>Details many participants ask for. These are Rostery suggestions, not NDIS rules.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4819"/>
        <w:gridCol w:w="4819"/>
      </w:tblGrid>
      <w:tr>
        <w:trPr>
          <w:cantSplit/>
          <w:trHeight w:val="425" w:hRule="atLeast"/>
        </w:trPr>
        <w:tc>
          <w:tcPr>
            <w:tcW w:type="dxa" w:w="3470"/>
            <w:shd w:val="clear" w:color="auto" w:fill="F1F3FB"/>
            <w:vAlign w:val="center"/>
          </w:tcPr>
          <w:p>
            <w:pPr>
              <w:spacing w:after="0" w:before="0"/>
            </w:pPr>
            <w:r>
              <w:rPr>
                <w:b/>
                <w:i w:val="0"/>
                <w:color w:val="1E2A78"/>
                <w:sz w:val="19"/>
              </w:rPr>
              <w:t>Insurance</w:t>
            </w:r>
          </w:p>
        </w:tc>
        <w:tc>
          <w:tcPr>
            <w:tcW w:type="dxa" w:w="6168"/>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Public liability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Professional indemnity. Insurer and policy: </w:t>
            </w:r>
            <w:r>
              <w:rPr>
                <w:i w:val="0"/>
                <w:color w:val="1E2A78"/>
                <w:sz w:val="19"/>
                <w:shd w:val="clear" w:color="auto" w:fill="E9EDFC"/>
              </w:rPr>
              <w:t>[insurer and policy number]</w:t>
            </w:r>
          </w:p>
        </w:tc>
      </w:tr>
      <w:tr>
        <w:trPr>
          <w:cantSplit/>
          <w:trHeight w:val="425" w:hRule="atLeast"/>
        </w:trPr>
        <w:tc>
          <w:tcPr>
            <w:tcW w:type="dxa" w:w="3470"/>
            <w:shd w:val="clear" w:color="auto" w:fill="F1F3FB"/>
            <w:vAlign w:val="center"/>
          </w:tcPr>
          <w:p>
            <w:pPr>
              <w:spacing w:after="0" w:before="0"/>
            </w:pPr>
            <w:r>
              <w:rPr>
                <w:b/>
                <w:i w:val="0"/>
                <w:color w:val="1E2A78"/>
                <w:sz w:val="19"/>
              </w:rPr>
              <w:t>NDIS Worker Screening Check</w:t>
            </w:r>
          </w:p>
        </w:tc>
        <w:tc>
          <w:tcPr>
            <w:tcW w:type="dxa" w:w="6168"/>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Cleared, ID: </w:t>
            </w:r>
            <w:r>
              <w:rPr>
                <w:i w:val="0"/>
                <w:color w:val="1E2A78"/>
                <w:sz w:val="19"/>
                <w:shd w:val="clear" w:color="auto" w:fill="E9EDFC"/>
              </w:rPr>
              <w:t>[clearance ID]</w:t>
            </w:r>
            <w:r>
              <w:rPr>
                <w:b w:val="0"/>
                <w:i w:val="0"/>
                <w:sz w:val="19"/>
              </w:rPr>
              <w:t xml:space="preserv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Not held</w:t>
            </w:r>
          </w:p>
        </w:tc>
      </w:tr>
      <w:tr>
        <w:trPr>
          <w:cantSplit/>
          <w:trHeight w:val="482" w:hRule="atLeast"/>
        </w:trPr>
        <w:tc>
          <w:tcPr>
            <w:tcW w:type="dxa" w:w="3470"/>
            <w:shd w:val="clear" w:color="auto" w:fill="F1F3FB"/>
            <w:vAlign w:val="center"/>
          </w:tcPr>
          <w:p>
            <w:pPr>
              <w:spacing w:after="0" w:before="0"/>
            </w:pPr>
            <w:r>
              <w:rPr>
                <w:b/>
                <w:i w:val="0"/>
                <w:color w:val="1E2A78"/>
                <w:sz w:val="19"/>
              </w:rPr>
              <w:t>First aid and other training</w:t>
            </w:r>
          </w:p>
        </w:tc>
        <w:tc>
          <w:tcPr>
            <w:tcW w:type="dxa" w:w="6168"/>
          </w:tcPr>
          <w:p>
            <w:pPr>
              <w:spacing w:after="0" w:before="0"/>
            </w:pPr>
          </w:p>
        </w:tc>
      </w:tr>
      <w:tr>
        <w:trPr>
          <w:cantSplit/>
          <w:trHeight w:val="964" w:hRule="atLeast"/>
        </w:trPr>
        <w:tc>
          <w:tcPr>
            <w:tcW w:type="dxa" w:w="3470"/>
            <w:shd w:val="clear" w:color="auto" w:fill="F1F3FB"/>
            <w:vAlign w:val="center"/>
          </w:tcPr>
          <w:p>
            <w:pPr>
              <w:spacing w:after="0" w:before="0"/>
            </w:pPr>
            <w:r>
              <w:rPr>
                <w:b/>
                <w:i w:val="0"/>
                <w:color w:val="1E2A78"/>
                <w:sz w:val="19"/>
              </w:rPr>
              <w:t>How I stay safe working alone (for example, who I check in with before and after visits)</w:t>
            </w:r>
          </w:p>
        </w:tc>
        <w:tc>
          <w:tcPr>
            <w:tcW w:type="dxa" w:w="6168"/>
          </w:tcPr>
          <w:p>
            <w:pPr>
              <w:spacing w:after="0" w:before="0"/>
            </w:pPr>
          </w:p>
        </w:tc>
      </w:tr>
    </w:tbl>
    <w:p>
      <w:pPr>
        <w:spacing w:after="80" w:before="0" w:line="192" w:lineRule="auto"/>
      </w:pPr>
    </w:p>
    <w:p>
      <w:pPr>
        <w:pStyle w:val="Heading2"/>
        <w:pBdr>
          <w:bottom w:val="single" w:sz="8" w:space="4" w:color="D4D8EA"/>
        </w:pBdr>
      </w:pPr>
      <w:r>
        <w:rPr>
          <w:b/>
          <w:color w:val="4F46E5"/>
        </w:rPr>
        <w:t xml:space="preserve">22  </w:t>
      </w:r>
      <w:r>
        <w:rPr>
          <w:b/>
          <w:i w:val="0"/>
        </w:rPr>
        <w:t>Signing and copies</w:t>
      </w:r>
    </w:p>
    <w:p>
      <w:pPr>
        <w:tabs>
          <w:tab w:pos="624" w:val="left"/>
        </w:tabs>
        <w:ind w:left="624" w:hanging="624"/>
      </w:pPr>
      <w:r>
        <w:rPr>
          <w:b/>
          <w:color w:val="1E2A78"/>
          <w:sz w:val="19"/>
        </w:rPr>
        <w:t>22.1</w:t>
        <w:tab/>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Both of us agree to sign this agreement, and any variation, electronically, and to receive copies electronically, by </w:t>
      </w:r>
      <w:r>
        <w:rPr>
          <w:i w:val="0"/>
          <w:color w:val="1E2A78"/>
          <w:shd w:val="clear" w:color="auto" w:fill="E9EDFC"/>
        </w:rPr>
        <w:t>[for example, an e-signing app or email]</w:t>
      </w:r>
      <w:r>
        <w:rPr>
          <w:b w:val="0"/>
          <w:i w:val="0"/>
        </w:rPr>
        <w:t>. The signing method must identify who signed and show that they intended to sign.</w:t>
      </w:r>
    </w:p>
    <w:p>
      <w:pPr>
        <w:tabs>
          <w:tab w:pos="624" w:val="left"/>
        </w:tabs>
        <w:ind w:left="624" w:hanging="624"/>
      </w:pPr>
      <w:r>
        <w:rPr>
          <w:b/>
          <w:color w:val="1E2A78"/>
          <w:sz w:val="19"/>
        </w:rPr>
        <w:t>22.2</w:t>
        <w:tab/>
      </w:r>
      <w:r>
        <w:rPr>
          <w:b w:val="0"/>
          <w:i w:val="0"/>
        </w:rPr>
        <w:t xml:space="preserve">I will give you a copy of this agreement signed by both of us, in the format you prefer: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Printed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PDF by email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Easy Read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Large print </w:t>
      </w:r>
      <w:r>
        <w:t xml:space="preserve">   </w:t>
      </w:r>
      <w:sdt>
        <w:sdtPr>
          <w14:checkbox>
            <w14:checked w14:val="0"/>
            <w14:checkedState w14:val="2612" w14:font="MS Gothic"/>
            <w14:uncheckedState w14:val="2610" w14:font="MS Gothic"/>
          </w14:checkbox>
        </w:sdtPr>
        <w:sdtContent>
          <w:r>
            <w:rPr>
              <w:rFonts w:ascii="MS Gothic" w:eastAsia="MS Gothic" w:hAnsi="MS Gothic"/>
              <w:color w:val="1E2A78"/>
            </w:rPr>
            <w:t>☐</w:t>
          </w:r>
        </w:sdtContent>
      </w:sdt>
      <w:r>
        <w:rPr>
          <w:b w:val="0"/>
          <w:i w:val="0"/>
        </w:rPr>
        <w:t xml:space="preserve"> Another language: </w:t>
      </w:r>
      <w:r>
        <w:rPr>
          <w:i w:val="0"/>
          <w:color w:val="1E2A78"/>
          <w:shd w:val="clear" w:color="auto" w:fill="E9EDFC"/>
        </w:rPr>
        <w:t>[language]</w:t>
      </w:r>
    </w:p>
    <w:p>
      <w:pPr>
        <w:tabs>
          <w:tab w:pos="624" w:val="left"/>
        </w:tabs>
        <w:ind w:left="624" w:hanging="624"/>
      </w:pPr>
      <w:r>
        <w:rPr>
          <w:b/>
          <w:color w:val="1E2A78"/>
          <w:sz w:val="19"/>
        </w:rPr>
        <w:t>22.3</w:t>
        <w:tab/>
      </w:r>
      <w:r>
        <w:rPr>
          <w:b w:val="0"/>
          <w:i w:val="0"/>
        </w:rPr>
        <w:t xml:space="preserve">If you choose not to sign, or I cannot give you a signed copy, I will write down why, and when this agreement was discussed with you: </w:t>
      </w:r>
      <w:r>
        <w:rPr>
          <w:i w:val="0"/>
          <w:color w:val="1E2A78"/>
          <w:shd w:val="clear" w:color="auto" w:fill="E9EDFC"/>
        </w:rPr>
        <w:t>[reason and date]</w:t>
      </w:r>
    </w:p>
    <w:p>
      <w:pPr>
        <w:pStyle w:val="Heading2"/>
        <w:pBdr>
          <w:bottom w:val="single" w:sz="8" w:space="4" w:color="D4D8EA"/>
        </w:pBdr>
      </w:pPr>
      <w:r>
        <w:rPr>
          <w:b/>
          <w:color w:val="4F46E5"/>
        </w:rPr>
        <w:t xml:space="preserve">23  </w:t>
      </w:r>
      <w:r>
        <w:rPr>
          <w:b/>
          <w:i w:val="0"/>
        </w:rPr>
        <w:t>Signatures</w:t>
      </w:r>
    </w:p>
    <w:p>
      <w:r>
        <w:rPr>
          <w:b w:val="0"/>
          <w:i w:val="0"/>
        </w:rPr>
        <w:t>By signing, each of us confirms that this agreement was explained in a way the participant understands, that there was time to ask questions and get advice, and that we agree to its terms.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blHeader/>
        </w:trPr>
        <w:tc>
          <w:tcPr>
            <w:tcW w:type="dxa" w:w="1542"/>
            <w:shd w:val="clear" w:color="auto" w:fill="1E2A78"/>
            <w:vAlign w:val="center"/>
          </w:tcPr>
          <w:p>
            <w:pPr>
              <w:spacing w:after="0" w:before="0"/>
            </w:pPr>
          </w:p>
        </w:tc>
        <w:tc>
          <w:tcPr>
            <w:tcW w:type="dxa" w:w="2699"/>
            <w:shd w:val="clear" w:color="auto" w:fill="1E2A78"/>
            <w:vAlign w:val="center"/>
          </w:tcPr>
          <w:p>
            <w:pPr>
              <w:spacing w:after="0" w:before="0"/>
            </w:pPr>
            <w:r>
              <w:rPr>
                <w:b/>
                <w:i w:val="0"/>
                <w:color w:val="FFFFFF"/>
                <w:sz w:val="18"/>
              </w:rPr>
              <w:t>The participant</w:t>
            </w:r>
          </w:p>
        </w:tc>
        <w:tc>
          <w:tcPr>
            <w:tcW w:type="dxa" w:w="2699"/>
            <w:shd w:val="clear" w:color="auto" w:fill="1E2A78"/>
            <w:vAlign w:val="center"/>
          </w:tcPr>
          <w:p>
            <w:pPr>
              <w:spacing w:after="0" w:before="0"/>
            </w:pPr>
            <w:r>
              <w:rPr>
                <w:b/>
                <w:i w:val="0"/>
                <w:color w:val="FFFFFF"/>
                <w:sz w:val="18"/>
              </w:rPr>
              <w:t>The provider</w:t>
            </w:r>
          </w:p>
        </w:tc>
        <w:tc>
          <w:tcPr>
            <w:tcW w:type="dxa" w:w="2699"/>
            <w:shd w:val="clear" w:color="auto" w:fill="1E2A78"/>
            <w:vAlign w:val="center"/>
          </w:tcPr>
          <w:p>
            <w:pPr>
              <w:spacing w:after="0" w:before="0"/>
            </w:pPr>
            <w:r>
              <w:rPr>
                <w:b/>
                <w:i w:val="0"/>
                <w:color w:val="FFFFFF"/>
                <w:sz w:val="18"/>
              </w:rPr>
              <w:t>Witness (optional)</w:t>
            </w:r>
          </w:p>
        </w:tc>
      </w:tr>
      <w:tr>
        <w:trPr>
          <w:cantSplit/>
          <w:trHeight w:val="482" w:hRule="atLeast"/>
        </w:trPr>
        <w:tc>
          <w:tcPr>
            <w:tcW w:type="dxa" w:w="1542"/>
            <w:shd w:val="clear" w:color="auto" w:fill="F1F3FB"/>
            <w:vAlign w:val="center"/>
          </w:tcPr>
          <w:p>
            <w:pPr>
              <w:spacing w:after="0" w:before="0"/>
            </w:pPr>
            <w:r>
              <w:rPr>
                <w:b/>
                <w:i w:val="0"/>
                <w:color w:val="1E2A78"/>
                <w:sz w:val="19"/>
              </w:rPr>
              <w:t>Name</w:t>
            </w:r>
          </w:p>
        </w:tc>
        <w:tc>
          <w:tcPr>
            <w:tcW w:type="dxa" w:w="2699"/>
          </w:tcPr>
          <w:p>
            <w:pPr>
              <w:spacing w:after="0" w:before="0"/>
            </w:pPr>
          </w:p>
        </w:tc>
        <w:tc>
          <w:tcPr>
            <w:tcW w:type="dxa" w:w="2699"/>
          </w:tcPr>
          <w:p>
            <w:pPr>
              <w:spacing w:after="0" w:before="0"/>
            </w:pPr>
          </w:p>
        </w:tc>
        <w:tc>
          <w:tcPr>
            <w:tcW w:type="dxa" w:w="2699"/>
          </w:tcPr>
          <w:p>
            <w:pPr>
              <w:spacing w:after="0" w:before="0"/>
            </w:pPr>
          </w:p>
        </w:tc>
      </w:tr>
      <w:tr>
        <w:trPr>
          <w:cantSplit/>
          <w:trHeight w:val="482" w:hRule="atLeast"/>
        </w:trPr>
        <w:tc>
          <w:tcPr>
            <w:tcW w:type="dxa" w:w="1542"/>
            <w:shd w:val="clear" w:color="auto" w:fill="F1F3FB"/>
            <w:vAlign w:val="center"/>
          </w:tcPr>
          <w:p>
            <w:pPr>
              <w:spacing w:after="0" w:before="0"/>
            </w:pPr>
            <w:r>
              <w:rPr>
                <w:b/>
                <w:i w:val="0"/>
                <w:color w:val="1E2A78"/>
                <w:sz w:val="19"/>
              </w:rPr>
              <w:t>Trading name</w:t>
            </w:r>
          </w:p>
        </w:tc>
        <w:tc>
          <w:tcPr>
            <w:tcW w:type="dxa" w:w="2699"/>
            <w:vAlign w:val="center"/>
          </w:tcPr>
          <w:p>
            <w:pPr>
              <w:spacing w:after="0" w:before="0"/>
            </w:pPr>
          </w:p>
        </w:tc>
        <w:tc>
          <w:tcPr>
            <w:tcW w:type="dxa" w:w="2699"/>
          </w:tcPr>
          <w:p>
            <w:pPr>
              <w:spacing w:after="0" w:before="0"/>
            </w:pPr>
          </w:p>
        </w:tc>
        <w:tc>
          <w:tcPr>
            <w:tcW w:type="dxa" w:w="2699"/>
            <w:vAlign w:val="center"/>
          </w:tcPr>
          <w:p>
            <w:pPr>
              <w:spacing w:after="0" w:before="0"/>
            </w:pPr>
          </w:p>
        </w:tc>
      </w:tr>
      <w:tr>
        <w:trPr>
          <w:cantSplit/>
          <w:trHeight w:val="964" w:hRule="atLeast"/>
        </w:trPr>
        <w:tc>
          <w:tcPr>
            <w:tcW w:type="dxa" w:w="1542"/>
            <w:shd w:val="clear" w:color="auto" w:fill="F1F3FB"/>
            <w:vAlign w:val="center"/>
          </w:tcPr>
          <w:p>
            <w:pPr>
              <w:spacing w:after="0" w:before="0"/>
            </w:pPr>
            <w:r>
              <w:rPr>
                <w:b/>
                <w:i w:val="0"/>
                <w:color w:val="1E2A78"/>
                <w:sz w:val="19"/>
              </w:rPr>
              <w:t>Signature</w:t>
            </w:r>
          </w:p>
        </w:tc>
        <w:tc>
          <w:tcPr>
            <w:tcW w:type="dxa" w:w="2699"/>
          </w:tcPr>
          <w:p>
            <w:pPr>
              <w:spacing w:after="0" w:before="0"/>
            </w:pPr>
          </w:p>
        </w:tc>
        <w:tc>
          <w:tcPr>
            <w:tcW w:type="dxa" w:w="2699"/>
          </w:tcPr>
          <w:p>
            <w:pPr>
              <w:spacing w:after="0" w:before="0"/>
            </w:pPr>
          </w:p>
        </w:tc>
        <w:tc>
          <w:tcPr>
            <w:tcW w:type="dxa" w:w="2699"/>
          </w:tcPr>
          <w:p>
            <w:pPr>
              <w:spacing w:after="0" w:before="0"/>
            </w:pPr>
          </w:p>
        </w:tc>
      </w:tr>
      <w:tr>
        <w:trPr>
          <w:cantSplit/>
          <w:trHeight w:val="482" w:hRule="atLeast"/>
        </w:trPr>
        <w:tc>
          <w:tcPr>
            <w:tcW w:type="dxa" w:w="1542"/>
            <w:shd w:val="clear" w:color="auto" w:fill="F1F3FB"/>
            <w:vAlign w:val="center"/>
          </w:tcPr>
          <w:p>
            <w:pPr>
              <w:spacing w:after="0" w:before="0"/>
            </w:pPr>
            <w:r>
              <w:rPr>
                <w:b/>
                <w:i w:val="0"/>
                <w:color w:val="1E2A78"/>
                <w:sz w:val="19"/>
              </w:rPr>
              <w:t>Date</w:t>
            </w:r>
          </w:p>
        </w:tc>
        <w:tc>
          <w:tcPr>
            <w:tcW w:type="dxa" w:w="2699"/>
          </w:tcPr>
          <w:p>
            <w:pPr>
              <w:spacing w:after="0" w:before="0"/>
            </w:pPr>
          </w:p>
        </w:tc>
        <w:tc>
          <w:tcPr>
            <w:tcW w:type="dxa" w:w="2699"/>
          </w:tcPr>
          <w:p>
            <w:pPr>
              <w:spacing w:after="0" w:before="0"/>
            </w:pPr>
          </w:p>
        </w:tc>
        <w:tc>
          <w:tcPr>
            <w:tcW w:type="dxa" w:w="2699"/>
          </w:tcPr>
          <w:p>
            <w:pPr>
              <w:spacing w:after="0" w:before="0"/>
            </w:pPr>
          </w:p>
        </w:tc>
      </w:tr>
    </w:tbl>
    <w:p>
      <w:pPr>
        <w:spacing w:after="80" w:before="0" w:line="192" w:lineRule="auto"/>
      </w:pPr>
    </w:p>
    <w:p>
      <w:pPr>
        <w:pStyle w:val="Heading3"/>
      </w:pPr>
      <w:r>
        <w:rPr>
          <w:b/>
          <w:i w:val="0"/>
        </w:rPr>
        <w:t>Representative signing for the participant (if any)</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Name</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Relationship</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Authority to sign (for example, guardianship order, plan nominee, child representative)</w:t>
            </w:r>
          </w:p>
        </w:tc>
        <w:tc>
          <w:tcPr>
            <w:tcW w:type="dxa" w:w="7807"/>
            <w:gridSpan w:val="3"/>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Authority started</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Date signed</w:t>
            </w:r>
          </w:p>
        </w:tc>
        <w:tc>
          <w:tcPr>
            <w:tcW w:type="dxa" w:w="2988"/>
          </w:tcPr>
          <w:p>
            <w:pPr>
              <w:spacing w:after="0" w:before="0"/>
            </w:pPr>
          </w:p>
        </w:tc>
      </w:tr>
      <w:tr>
        <w:trPr>
          <w:cantSplit/>
          <w:trHeight w:val="964" w:hRule="atLeast"/>
        </w:trPr>
        <w:tc>
          <w:tcPr>
            <w:tcW w:type="dxa" w:w="1831"/>
            <w:shd w:val="clear" w:color="auto" w:fill="F1F3FB"/>
            <w:vAlign w:val="center"/>
          </w:tcPr>
          <w:p>
            <w:pPr>
              <w:spacing w:after="0" w:before="0"/>
            </w:pPr>
            <w:r>
              <w:rPr>
                <w:b/>
                <w:i w:val="0"/>
                <w:color w:val="1E2A78"/>
                <w:sz w:val="19"/>
              </w:rPr>
              <w:t>Signature</w:t>
            </w:r>
          </w:p>
        </w:tc>
        <w:tc>
          <w:tcPr>
            <w:tcW w:type="dxa" w:w="7807"/>
            <w:gridSpan w:val="3"/>
          </w:tcPr>
          <w:p>
            <w:pPr>
              <w:spacing w:after="0" w:before="0"/>
            </w:pPr>
          </w:p>
        </w:tc>
      </w:tr>
    </w:tbl>
    <w:p>
      <w:pPr>
        <w:spacing w:after="80" w:before="0" w:line="192" w:lineRule="auto"/>
      </w:pPr>
    </w:p>
    <w:p>
      <w:r>
        <w:br w:type="page"/>
      </w:r>
    </w:p>
    <w:p>
      <w:pPr>
        <w:pStyle w:val="Heading1"/>
        <w:pBdr>
          <w:bottom w:val="single" w:sz="8" w:space="4" w:color="D4D8EA"/>
        </w:pBdr>
      </w:pPr>
      <w:r>
        <w:rPr>
          <w:b/>
          <w:color w:val="4F46E5"/>
        </w:rPr>
        <w:t xml:space="preserve">Attachment A:  </w:t>
      </w:r>
      <w:r>
        <w:rPr>
          <w:b/>
          <w:i w:val="0"/>
        </w:rPr>
        <w:t>Schedule of Supports</w:t>
      </w:r>
    </w:p>
    <w:p>
      <w:r>
        <w:rPr>
          <w:b w:val="0"/>
          <w:i w:val="0"/>
        </w:rPr>
        <w:t>Fill in one block for each support, and add more blocks if you need them. If a support is NDIA-managed or plan-managed, its agreed price cannot be more than the price limit in the Pricing Schedule. To look up 2026-27 item numbers, price limits, notice periods and the extra charges each item allows, use the free builder at rostery.com.au/tools/ndis-service-agreement-template. You can paste its table here instead of the blocks.</w:t>
      </w:r>
    </w:p>
    <w:p>
      <w:pPr>
        <w:pStyle w:val="Heading3"/>
      </w:pPr>
      <w:r>
        <w:rPr>
          <w:b/>
          <w:i w:val="0"/>
        </w:rPr>
        <w:t>Support 1</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2120"/>
            <w:shd w:val="clear" w:color="auto" w:fill="F1F3FB"/>
            <w:vAlign w:val="center"/>
          </w:tcPr>
          <w:p>
            <w:pPr>
              <w:spacing w:after="0" w:before="0"/>
            </w:pPr>
            <w:r>
              <w:rPr>
                <w:b/>
                <w:i w:val="0"/>
                <w:color w:val="1E2A78"/>
                <w:sz w:val="19"/>
              </w:rPr>
              <w:t>Support category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Item number</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Item name</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Claim-type items (if any)</w:t>
            </w:r>
          </w:p>
        </w:tc>
        <w:tc>
          <w:tcPr>
            <w:tcW w:type="dxa" w:w="7518"/>
            <w:gridSpan w:val="3"/>
          </w:tcPr>
          <w:p>
            <w:pPr>
              <w:spacing w:after="0" w:before="0"/>
            </w:pPr>
          </w:p>
        </w:tc>
      </w:tr>
      <w:tr>
        <w:trPr>
          <w:cantSplit/>
          <w:trHeight w:val="964" w:hRule="atLeast"/>
        </w:trPr>
        <w:tc>
          <w:tcPr>
            <w:tcW w:type="dxa" w:w="2120"/>
            <w:shd w:val="clear" w:color="auto" w:fill="F1F3FB"/>
            <w:vAlign w:val="center"/>
          </w:tcPr>
          <w:p>
            <w:pPr>
              <w:spacing w:after="0" w:before="0"/>
            </w:pPr>
            <w:r>
              <w:rPr>
                <w:b/>
                <w:i w:val="0"/>
                <w:color w:val="1E2A78"/>
                <w:sz w:val="19"/>
              </w:rPr>
              <w:t>What I will do</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When and how often</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Where</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Unit</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Agreed price per unit</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Quantity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Estimated total</w:t>
            </w:r>
          </w:p>
        </w:tc>
        <w:tc>
          <w:tcPr>
            <w:tcW w:type="dxa" w:w="2699"/>
          </w:tcPr>
          <w:p>
            <w:pPr>
              <w:spacing w:after="0" w:before="0"/>
            </w:pPr>
          </w:p>
        </w:tc>
      </w:tr>
      <w:tr>
        <w:trPr>
          <w:cantSplit/>
          <w:trHeight w:val="425" w:hRule="atLeast"/>
        </w:trPr>
        <w:tc>
          <w:tcPr>
            <w:tcW w:type="dxa" w:w="2120"/>
            <w:shd w:val="clear" w:color="auto" w:fill="F1F3FB"/>
            <w:vAlign w:val="center"/>
          </w:tcPr>
          <w:p>
            <w:pPr>
              <w:spacing w:after="0" w:before="0"/>
            </w:pPr>
            <w:r>
              <w:rPr>
                <w:b/>
                <w:i w:val="0"/>
                <w:color w:val="1E2A78"/>
                <w:sz w:val="19"/>
              </w:rPr>
              <w:t>Short notice period</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7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2 clear business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[period]</w:t>
            </w:r>
          </w:p>
        </w:tc>
      </w:tr>
      <w:tr>
        <w:trPr>
          <w:cantSplit/>
          <w:trHeight w:val="425" w:hRule="atLeast"/>
        </w:trPr>
        <w:tc>
          <w:tcPr>
            <w:tcW w:type="dxa" w:w="2120"/>
            <w:shd w:val="clear" w:color="auto" w:fill="F1F3FB"/>
            <w:vAlign w:val="center"/>
          </w:tcPr>
          <w:p>
            <w:pPr>
              <w:spacing w:after="0" w:before="0"/>
            </w:pPr>
            <w:r>
              <w:rPr>
                <w:b/>
                <w:i w:val="0"/>
                <w:color w:val="1E2A78"/>
                <w:sz w:val="19"/>
              </w:rPr>
              <w:t>Extra charges that apply</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time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costs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Non‑face‑to‑face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Telehealth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NDIA reports</w:t>
            </w:r>
          </w:p>
        </w:tc>
      </w:tr>
      <w:tr>
        <w:trPr>
          <w:cantSplit/>
          <w:trHeight w:val="425" w:hRule="atLeast"/>
        </w:trPr>
        <w:tc>
          <w:tcPr>
            <w:tcW w:type="dxa" w:w="2120"/>
            <w:shd w:val="clear" w:color="auto" w:fill="F1F3FB"/>
            <w:vAlign w:val="center"/>
          </w:tcPr>
          <w:p>
            <w:pPr>
              <w:spacing w:after="0" w:before="0"/>
            </w:pPr>
            <w:r>
              <w:rPr>
                <w:b/>
                <w:i w:val="0"/>
                <w:color w:val="1E2A78"/>
                <w:sz w:val="19"/>
              </w:rPr>
              <w:t>GST</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GST‑free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 applies</w:t>
            </w:r>
          </w:p>
        </w:tc>
      </w:tr>
    </w:tbl>
    <w:p>
      <w:pPr>
        <w:spacing w:after="80" w:before="0" w:line="192" w:lineRule="auto"/>
      </w:pPr>
    </w:p>
    <w:p>
      <w:pPr>
        <w:pStyle w:val="Heading3"/>
      </w:pPr>
      <w:r>
        <w:rPr>
          <w:b/>
          <w:i w:val="0"/>
        </w:rPr>
        <w:t>Support 2</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2120"/>
            <w:shd w:val="clear" w:color="auto" w:fill="F1F3FB"/>
            <w:vAlign w:val="center"/>
          </w:tcPr>
          <w:p>
            <w:pPr>
              <w:spacing w:after="0" w:before="0"/>
            </w:pPr>
            <w:r>
              <w:rPr>
                <w:b/>
                <w:i w:val="0"/>
                <w:color w:val="1E2A78"/>
                <w:sz w:val="19"/>
              </w:rPr>
              <w:t>Support category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Item number</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Item name</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Claim-type items (if any)</w:t>
            </w:r>
          </w:p>
        </w:tc>
        <w:tc>
          <w:tcPr>
            <w:tcW w:type="dxa" w:w="7518"/>
            <w:gridSpan w:val="3"/>
          </w:tcPr>
          <w:p>
            <w:pPr>
              <w:spacing w:after="0" w:before="0"/>
            </w:pPr>
          </w:p>
        </w:tc>
      </w:tr>
      <w:tr>
        <w:trPr>
          <w:cantSplit/>
          <w:trHeight w:val="964" w:hRule="atLeast"/>
        </w:trPr>
        <w:tc>
          <w:tcPr>
            <w:tcW w:type="dxa" w:w="2120"/>
            <w:shd w:val="clear" w:color="auto" w:fill="F1F3FB"/>
            <w:vAlign w:val="center"/>
          </w:tcPr>
          <w:p>
            <w:pPr>
              <w:spacing w:after="0" w:before="0"/>
            </w:pPr>
            <w:r>
              <w:rPr>
                <w:b/>
                <w:i w:val="0"/>
                <w:color w:val="1E2A78"/>
                <w:sz w:val="19"/>
              </w:rPr>
              <w:t>What I will do</w:t>
            </w:r>
          </w:p>
        </w:tc>
        <w:tc>
          <w:tcPr>
            <w:tcW w:type="dxa" w:w="7518"/>
            <w:gridSpan w:val="3"/>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When and how often</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Where</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Unit</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Agreed price per unit</w:t>
            </w:r>
          </w:p>
        </w:tc>
        <w:tc>
          <w:tcPr>
            <w:tcW w:type="dxa" w:w="2699"/>
          </w:tcPr>
          <w:p>
            <w:pPr>
              <w:spacing w:after="0" w:before="0"/>
            </w:pPr>
          </w:p>
        </w:tc>
      </w:tr>
      <w:tr>
        <w:trPr>
          <w:cantSplit/>
          <w:trHeight w:val="482" w:hRule="atLeast"/>
        </w:trPr>
        <w:tc>
          <w:tcPr>
            <w:tcW w:type="dxa" w:w="2120"/>
            <w:shd w:val="clear" w:color="auto" w:fill="F1F3FB"/>
            <w:vAlign w:val="center"/>
          </w:tcPr>
          <w:p>
            <w:pPr>
              <w:spacing w:after="0" w:before="0"/>
            </w:pPr>
            <w:r>
              <w:rPr>
                <w:b/>
                <w:i w:val="0"/>
                <w:color w:val="1E2A78"/>
                <w:sz w:val="19"/>
              </w:rPr>
              <w:t>Quantity</w:t>
            </w:r>
          </w:p>
        </w:tc>
        <w:tc>
          <w:tcPr>
            <w:tcW w:type="dxa" w:w="2891"/>
          </w:tcPr>
          <w:p>
            <w:pPr>
              <w:spacing w:after="0" w:before="0"/>
            </w:pPr>
          </w:p>
        </w:tc>
        <w:tc>
          <w:tcPr>
            <w:tcW w:type="dxa" w:w="1928"/>
            <w:shd w:val="clear" w:color="auto" w:fill="F1F3FB"/>
            <w:vAlign w:val="center"/>
          </w:tcPr>
          <w:p>
            <w:pPr>
              <w:spacing w:after="0" w:before="0"/>
            </w:pPr>
            <w:r>
              <w:rPr>
                <w:b/>
                <w:i w:val="0"/>
                <w:color w:val="1E2A78"/>
                <w:sz w:val="19"/>
              </w:rPr>
              <w:t>Estimated total</w:t>
            </w:r>
          </w:p>
        </w:tc>
        <w:tc>
          <w:tcPr>
            <w:tcW w:type="dxa" w:w="2699"/>
          </w:tcPr>
          <w:p>
            <w:pPr>
              <w:spacing w:after="0" w:before="0"/>
            </w:pPr>
          </w:p>
        </w:tc>
      </w:tr>
      <w:tr>
        <w:trPr>
          <w:cantSplit/>
          <w:trHeight w:val="425" w:hRule="atLeast"/>
        </w:trPr>
        <w:tc>
          <w:tcPr>
            <w:tcW w:type="dxa" w:w="2120"/>
            <w:shd w:val="clear" w:color="auto" w:fill="F1F3FB"/>
            <w:vAlign w:val="center"/>
          </w:tcPr>
          <w:p>
            <w:pPr>
              <w:spacing w:after="0" w:before="0"/>
            </w:pPr>
            <w:r>
              <w:rPr>
                <w:b/>
                <w:i w:val="0"/>
                <w:color w:val="1E2A78"/>
                <w:sz w:val="19"/>
              </w:rPr>
              <w:t>Short notice period</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7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2 clear business days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Other: </w:t>
            </w:r>
            <w:r>
              <w:rPr>
                <w:i w:val="0"/>
                <w:color w:val="1E2A78"/>
                <w:sz w:val="19"/>
                <w:shd w:val="clear" w:color="auto" w:fill="E9EDFC"/>
              </w:rPr>
              <w:t>[period]</w:t>
            </w:r>
          </w:p>
        </w:tc>
      </w:tr>
      <w:tr>
        <w:trPr>
          <w:cantSplit/>
          <w:trHeight w:val="425" w:hRule="atLeast"/>
        </w:trPr>
        <w:tc>
          <w:tcPr>
            <w:tcW w:type="dxa" w:w="2120"/>
            <w:shd w:val="clear" w:color="auto" w:fill="F1F3FB"/>
            <w:vAlign w:val="center"/>
          </w:tcPr>
          <w:p>
            <w:pPr>
              <w:spacing w:after="0" w:before="0"/>
            </w:pPr>
            <w:r>
              <w:rPr>
                <w:b/>
                <w:i w:val="0"/>
                <w:color w:val="1E2A78"/>
                <w:sz w:val="19"/>
              </w:rPr>
              <w:t>Extra charges that apply</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time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Travel costs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Non‑face‑to‑face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Telehealth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NDIA reports</w:t>
            </w:r>
          </w:p>
        </w:tc>
      </w:tr>
      <w:tr>
        <w:trPr>
          <w:cantSplit/>
          <w:trHeight w:val="425" w:hRule="atLeast"/>
        </w:trPr>
        <w:tc>
          <w:tcPr>
            <w:tcW w:type="dxa" w:w="2120"/>
            <w:shd w:val="clear" w:color="auto" w:fill="F1F3FB"/>
            <w:vAlign w:val="center"/>
          </w:tcPr>
          <w:p>
            <w:pPr>
              <w:spacing w:after="0" w:before="0"/>
            </w:pPr>
            <w:r>
              <w:rPr>
                <w:b/>
                <w:i w:val="0"/>
                <w:color w:val="1E2A78"/>
                <w:sz w:val="19"/>
              </w:rPr>
              <w:t>GST</w:t>
            </w:r>
          </w:p>
        </w:tc>
        <w:tc>
          <w:tcPr>
            <w:tcW w:type="dxa" w:w="7518"/>
            <w:gridSpan w:val="3"/>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GST‑free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GST applies</w:t>
            </w:r>
          </w:p>
        </w:tc>
      </w:tr>
    </w:tbl>
    <w:p>
      <w:pPr>
        <w:spacing w:after="80" w:before="0" w:line="192" w:lineRule="auto"/>
      </w:pPr>
    </w:p>
    <w:p>
      <w:pPr>
        <w:pStyle w:val="Heading3"/>
      </w:pPr>
      <w:r>
        <w:rPr>
          <w:b/>
          <w:i w:val="0"/>
        </w:rPr>
        <w:t>Prices by time of day (if a support has different prices)</w:t>
      </w:r>
    </w:p>
    <w:p>
      <w:r>
        <w:rPr>
          <w:b w:val="0"/>
          <w:i w:val="0"/>
          <w:color w:val="5A6178"/>
          <w:sz w:val="17"/>
        </w:rPr>
        <w:t>The example columns show the 2026-27 item numbers and price limits (MMM 1 to 5) for Assistance With Self-Care Activities, Standard. Its short notice period is 7 days.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1928"/>
        <w:gridCol w:w="1928"/>
        <w:gridCol w:w="1928"/>
        <w:gridCol w:w="1928"/>
        <w:gridCol w:w="1928"/>
      </w:tblGrid>
      <w:tr>
        <w:trPr>
          <w:cantSplit/>
          <w:tblHeader/>
        </w:trPr>
        <w:tc>
          <w:tcPr>
            <w:tcW w:type="dxa" w:w="1735"/>
            <w:shd w:val="clear" w:color="auto" w:fill="1E2A78"/>
            <w:vAlign w:val="center"/>
          </w:tcPr>
          <w:p>
            <w:pPr>
              <w:spacing w:after="0" w:before="0"/>
            </w:pPr>
            <w:r>
              <w:rPr>
                <w:b/>
                <w:i w:val="0"/>
                <w:color w:val="FFFFFF"/>
                <w:sz w:val="18"/>
              </w:rPr>
              <w:t>Time of day</w:t>
            </w:r>
          </w:p>
        </w:tc>
        <w:tc>
          <w:tcPr>
            <w:tcW w:type="dxa" w:w="2120"/>
            <w:shd w:val="clear" w:color="auto" w:fill="1E2A78"/>
            <w:vAlign w:val="center"/>
          </w:tcPr>
          <w:p>
            <w:pPr>
              <w:spacing w:after="0" w:before="0"/>
            </w:pPr>
            <w:r>
              <w:rPr>
                <w:b/>
                <w:i w:val="0"/>
                <w:color w:val="FFFFFF"/>
                <w:sz w:val="18"/>
              </w:rPr>
              <w:t>Example item</w:t>
            </w:r>
          </w:p>
        </w:tc>
        <w:tc>
          <w:tcPr>
            <w:tcW w:type="dxa" w:w="1542"/>
            <w:shd w:val="clear" w:color="auto" w:fill="1E2A78"/>
            <w:vAlign w:val="center"/>
          </w:tcPr>
          <w:p>
            <w:pPr>
              <w:spacing w:after="0" w:before="0"/>
            </w:pPr>
            <w:r>
              <w:rPr>
                <w:b/>
                <w:i w:val="0"/>
                <w:color w:val="FFFFFF"/>
                <w:sz w:val="18"/>
              </w:rPr>
              <w:t>Price limit</w:t>
            </w:r>
          </w:p>
        </w:tc>
        <w:tc>
          <w:tcPr>
            <w:tcW w:type="dxa" w:w="2120"/>
            <w:shd w:val="clear" w:color="auto" w:fill="1E2A78"/>
            <w:vAlign w:val="center"/>
          </w:tcPr>
          <w:p>
            <w:pPr>
              <w:spacing w:after="0" w:before="0"/>
            </w:pPr>
            <w:r>
              <w:rPr>
                <w:b/>
                <w:i w:val="0"/>
                <w:color w:val="FFFFFF"/>
                <w:sz w:val="18"/>
              </w:rPr>
              <w:t>Your item number</w:t>
            </w:r>
          </w:p>
        </w:tc>
        <w:tc>
          <w:tcPr>
            <w:tcW w:type="dxa" w:w="2120"/>
            <w:shd w:val="clear" w:color="auto" w:fill="1E2A78"/>
            <w:vAlign w:val="center"/>
          </w:tcPr>
          <w:p>
            <w:pPr>
              <w:spacing w:after="0" w:before="0"/>
            </w:pPr>
            <w:r>
              <w:rPr>
                <w:b/>
                <w:i w:val="0"/>
                <w:color w:val="FFFFFF"/>
                <w:sz w:val="18"/>
              </w:rPr>
              <w:t>Your agreed price</w:t>
            </w:r>
          </w:p>
        </w:tc>
      </w:tr>
      <w:tr>
        <w:trPr>
          <w:cantSplit/>
          <w:trHeight w:val="482" w:hRule="atLeast"/>
        </w:trPr>
        <w:tc>
          <w:tcPr>
            <w:tcW w:type="dxa" w:w="1735"/>
            <w:vAlign w:val="center"/>
          </w:tcPr>
          <w:p>
            <w:pPr>
              <w:spacing w:after="0" w:before="0"/>
            </w:pPr>
            <w:r>
              <w:rPr>
                <w:b w:val="0"/>
                <w:i w:val="0"/>
                <w:sz w:val="19"/>
              </w:rPr>
              <w:t>Weekday daytime</w:t>
            </w:r>
          </w:p>
        </w:tc>
        <w:tc>
          <w:tcPr>
            <w:tcW w:type="dxa" w:w="2120"/>
            <w:vAlign w:val="center"/>
          </w:tcPr>
          <w:p>
            <w:pPr>
              <w:spacing w:after="0" w:before="0"/>
            </w:pPr>
            <w:r>
              <w:rPr>
                <w:b w:val="0"/>
                <w:i w:val="0"/>
                <w:sz w:val="19"/>
              </w:rPr>
              <w:t>01_011_0107_1_1</w:t>
            </w:r>
          </w:p>
        </w:tc>
        <w:tc>
          <w:tcPr>
            <w:tcW w:type="dxa" w:w="1542"/>
            <w:vAlign w:val="center"/>
          </w:tcPr>
          <w:p>
            <w:pPr>
              <w:spacing w:after="0" w:before="0"/>
            </w:pPr>
            <w:r>
              <w:rPr>
                <w:b w:val="0"/>
                <w:i w:val="0"/>
                <w:sz w:val="19"/>
              </w:rPr>
              <w:t>$73.58</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Weekday evening</w:t>
            </w:r>
          </w:p>
        </w:tc>
        <w:tc>
          <w:tcPr>
            <w:tcW w:type="dxa" w:w="2120"/>
            <w:vAlign w:val="center"/>
          </w:tcPr>
          <w:p>
            <w:pPr>
              <w:spacing w:after="0" w:before="0"/>
            </w:pPr>
            <w:r>
              <w:rPr>
                <w:b w:val="0"/>
                <w:i w:val="0"/>
                <w:sz w:val="19"/>
              </w:rPr>
              <w:t>01_015_0107_1_1</w:t>
            </w:r>
          </w:p>
        </w:tc>
        <w:tc>
          <w:tcPr>
            <w:tcW w:type="dxa" w:w="1542"/>
            <w:vAlign w:val="center"/>
          </w:tcPr>
          <w:p>
            <w:pPr>
              <w:spacing w:after="0" w:before="0"/>
            </w:pPr>
            <w:r>
              <w:rPr>
                <w:b w:val="0"/>
                <w:i w:val="0"/>
                <w:sz w:val="19"/>
              </w:rPr>
              <w:t>$81.07</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Weekday night</w:t>
            </w:r>
          </w:p>
        </w:tc>
        <w:tc>
          <w:tcPr>
            <w:tcW w:type="dxa" w:w="2120"/>
            <w:vAlign w:val="center"/>
          </w:tcPr>
          <w:p>
            <w:pPr>
              <w:spacing w:after="0" w:before="0"/>
            </w:pPr>
            <w:r>
              <w:rPr>
                <w:b w:val="0"/>
                <w:i w:val="0"/>
                <w:sz w:val="19"/>
              </w:rPr>
              <w:t>01_002_0107_1_1</w:t>
            </w:r>
          </w:p>
        </w:tc>
        <w:tc>
          <w:tcPr>
            <w:tcW w:type="dxa" w:w="1542"/>
            <w:vAlign w:val="center"/>
          </w:tcPr>
          <w:p>
            <w:pPr>
              <w:spacing w:after="0" w:before="0"/>
            </w:pPr>
            <w:r>
              <w:rPr>
                <w:b w:val="0"/>
                <w:i w:val="0"/>
                <w:sz w:val="19"/>
              </w:rPr>
              <w:t>$82.57</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Saturday</w:t>
            </w:r>
          </w:p>
        </w:tc>
        <w:tc>
          <w:tcPr>
            <w:tcW w:type="dxa" w:w="2120"/>
            <w:vAlign w:val="center"/>
          </w:tcPr>
          <w:p>
            <w:pPr>
              <w:spacing w:after="0" w:before="0"/>
            </w:pPr>
            <w:r>
              <w:rPr>
                <w:b w:val="0"/>
                <w:i w:val="0"/>
                <w:sz w:val="19"/>
              </w:rPr>
              <w:t>01_013_0107_1_1</w:t>
            </w:r>
          </w:p>
        </w:tc>
        <w:tc>
          <w:tcPr>
            <w:tcW w:type="dxa" w:w="1542"/>
            <w:vAlign w:val="center"/>
          </w:tcPr>
          <w:p>
            <w:pPr>
              <w:spacing w:after="0" w:before="0"/>
            </w:pPr>
            <w:r>
              <w:rPr>
                <w:b w:val="0"/>
                <w:i w:val="0"/>
                <w:sz w:val="19"/>
              </w:rPr>
              <w:t>$103.54</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Sunday</w:t>
            </w:r>
          </w:p>
        </w:tc>
        <w:tc>
          <w:tcPr>
            <w:tcW w:type="dxa" w:w="2120"/>
            <w:vAlign w:val="center"/>
          </w:tcPr>
          <w:p>
            <w:pPr>
              <w:spacing w:after="0" w:before="0"/>
            </w:pPr>
            <w:r>
              <w:rPr>
                <w:b w:val="0"/>
                <w:i w:val="0"/>
                <w:sz w:val="19"/>
              </w:rPr>
              <w:t>01_014_0107_1_1</w:t>
            </w:r>
          </w:p>
        </w:tc>
        <w:tc>
          <w:tcPr>
            <w:tcW w:type="dxa" w:w="1542"/>
            <w:vAlign w:val="center"/>
          </w:tcPr>
          <w:p>
            <w:pPr>
              <w:spacing w:after="0" w:before="0"/>
            </w:pPr>
            <w:r>
              <w:rPr>
                <w:b w:val="0"/>
                <w:i w:val="0"/>
                <w:sz w:val="19"/>
              </w:rPr>
              <w:t>$133.50</w:t>
            </w:r>
          </w:p>
        </w:tc>
        <w:tc>
          <w:tcPr>
            <w:tcW w:type="dxa" w:w="2120"/>
          </w:tcPr>
          <w:p>
            <w:pPr>
              <w:spacing w:after="0" w:before="0"/>
            </w:pPr>
          </w:p>
        </w:tc>
        <w:tc>
          <w:tcPr>
            <w:tcW w:type="dxa" w:w="2120"/>
          </w:tcPr>
          <w:p>
            <w:pPr>
              <w:spacing w:after="0" w:before="0"/>
            </w:pPr>
          </w:p>
        </w:tc>
      </w:tr>
      <w:tr>
        <w:trPr>
          <w:cantSplit/>
          <w:trHeight w:val="482" w:hRule="atLeast"/>
        </w:trPr>
        <w:tc>
          <w:tcPr>
            <w:tcW w:type="dxa" w:w="1735"/>
            <w:vAlign w:val="center"/>
          </w:tcPr>
          <w:p>
            <w:pPr>
              <w:spacing w:after="0" w:before="0"/>
            </w:pPr>
            <w:r>
              <w:rPr>
                <w:b w:val="0"/>
                <w:i w:val="0"/>
                <w:sz w:val="19"/>
              </w:rPr>
              <w:t>Public holiday</w:t>
            </w:r>
          </w:p>
        </w:tc>
        <w:tc>
          <w:tcPr>
            <w:tcW w:type="dxa" w:w="2120"/>
            <w:vAlign w:val="center"/>
          </w:tcPr>
          <w:p>
            <w:pPr>
              <w:spacing w:after="0" w:before="0"/>
            </w:pPr>
            <w:r>
              <w:rPr>
                <w:b w:val="0"/>
                <w:i w:val="0"/>
                <w:sz w:val="19"/>
              </w:rPr>
              <w:t>01_012_0107_1_1</w:t>
            </w:r>
          </w:p>
        </w:tc>
        <w:tc>
          <w:tcPr>
            <w:tcW w:type="dxa" w:w="1542"/>
            <w:vAlign w:val="center"/>
          </w:tcPr>
          <w:p>
            <w:pPr>
              <w:spacing w:after="0" w:before="0"/>
            </w:pPr>
            <w:r>
              <w:rPr>
                <w:b w:val="0"/>
                <w:i w:val="0"/>
                <w:sz w:val="19"/>
              </w:rPr>
              <w:t>$163.46</w:t>
            </w:r>
          </w:p>
        </w:tc>
        <w:tc>
          <w:tcPr>
            <w:tcW w:type="dxa" w:w="2120"/>
          </w:tcPr>
          <w:p>
            <w:pPr>
              <w:spacing w:after="0" w:before="0"/>
            </w:pPr>
          </w:p>
        </w:tc>
        <w:tc>
          <w:tcPr>
            <w:tcW w:type="dxa" w:w="2120"/>
          </w:tcPr>
          <w:p>
            <w:pPr>
              <w:spacing w:after="0" w:before="0"/>
            </w:pPr>
          </w:p>
        </w:tc>
      </w:tr>
    </w:tbl>
    <w:p>
      <w:pPr>
        <w:spacing w:after="80" w:before="0" w:line="192" w:lineRule="auto"/>
      </w:pPr>
    </w:p>
    <w:p>
      <w:pPr>
        <w:pStyle w:val="Heading3"/>
      </w:pPr>
      <w:r>
        <w:rPr>
          <w:b/>
          <w:i w:val="0"/>
        </w:rPr>
        <w:t>Totals</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Cost of supports</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Extra charges</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Total for this agreement</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Cost each</w:t>
            </w:r>
          </w:p>
        </w:tc>
        <w:tc>
          <w:tcPr>
            <w:tcW w:type="dxa" w:w="2988"/>
            <w:vAlign w:val="center"/>
          </w:tcPr>
          <w:p>
            <w:pPr>
              <w:spacing w:after="0" w:before="0"/>
            </w:pP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Week </w:t>
            </w:r>
            <w:r>
              <w:rPr>
                <w:sz w:val="19"/>
              </w:rPr>
              <w:t xml:space="preserve">   </w:t>
            </w:r>
            <w:sdt>
              <w:sdtPr>
                <w14:checkbox>
                  <w14:checked w14:val="0"/>
                  <w14:checkedState w14:val="2612" w14:font="MS Gothic"/>
                  <w14:uncheckedState w14:val="2610" w14:font="MS Gothic"/>
                </w14:checkbox>
              </w:sdtPr>
              <w:sdtContent>
                <w:r>
                  <w:rPr>
                    <w:rFonts w:ascii="MS Gothic" w:eastAsia="MS Gothic" w:hAnsi="MS Gothic"/>
                    <w:color w:val="1E2A78"/>
                    <w:sz w:val="19"/>
                  </w:rPr>
                  <w:t>☐</w:t>
                </w:r>
              </w:sdtContent>
            </w:sdt>
            <w:r>
              <w:rPr>
                <w:b w:val="0"/>
                <w:i w:val="0"/>
                <w:sz w:val="19"/>
              </w:rPr>
              <w:t xml:space="preserve"> Month: </w:t>
            </w:r>
            <w:r>
              <w:rPr>
                <w:i w:val="0"/>
                <w:color w:val="1E2A78"/>
                <w:sz w:val="19"/>
                <w:shd w:val="clear" w:color="auto" w:fill="E9EDFC"/>
              </w:rPr>
              <w:t>[amount]</w:t>
            </w:r>
          </w:p>
        </w:tc>
      </w:tr>
    </w:tbl>
    <w:p>
      <w:pPr>
        <w:spacing w:after="80" w:before="0" w:line="192" w:lineRule="auto"/>
      </w:pPr>
    </w:p>
    <w:p>
      <w:r>
        <w:rPr>
          <w:b w:val="0"/>
          <w:i w:val="0"/>
          <w:color w:val="5A6178"/>
          <w:sz w:val="17"/>
        </w:rPr>
        <w:t>Item numbers and price limits: NDIS Pricing Schedule 2026-27 and NDIS Support Catalogue 2026-27 v1.1. Notice periods: NDIS Pricing Arrangements and Price Limits 2025-26 v1.1.</w:t>
      </w:r>
    </w:p>
    <w:p>
      <w:r>
        <w:br w:type="page"/>
      </w:r>
    </w:p>
    <w:p>
      <w:pPr>
        <w:pStyle w:val="Heading1"/>
        <w:pBdr>
          <w:bottom w:val="single" w:sz="8" w:space="4" w:color="D4D8EA"/>
        </w:pBdr>
      </w:pPr>
      <w:r>
        <w:rPr>
          <w:b/>
          <w:color w:val="4F46E5"/>
        </w:rPr>
        <w:t xml:space="preserve">Attachment B:  </w:t>
      </w:r>
      <w:r>
        <w:rPr>
          <w:b/>
          <w:i w:val="0"/>
        </w:rPr>
        <w:t>Variation form</w:t>
      </w:r>
    </w:p>
    <w:p>
      <w:r>
        <w:rPr>
          <w:b w:val="0"/>
          <w:i w:val="0"/>
        </w:rPr>
        <w:t>Use this form to record a small change to the agreement. Bigger changes need a new agreement (clause 17).</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Agreement between</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and</w:t>
            </w:r>
          </w:p>
        </w:tc>
        <w:tc>
          <w:tcPr>
            <w:tcW w:type="dxa" w:w="2988"/>
          </w:tcPr>
          <w:p>
            <w:pPr>
              <w:spacing w:after="0" w:before="0"/>
            </w:pPr>
          </w:p>
        </w:tc>
      </w:tr>
      <w:tr>
        <w:trPr>
          <w:cantSplit/>
          <w:trHeight w:val="482" w:hRule="atLeast"/>
        </w:trPr>
        <w:tc>
          <w:tcPr>
            <w:tcW w:type="dxa" w:w="1831"/>
            <w:shd w:val="clear" w:color="auto" w:fill="F1F3FB"/>
            <w:vAlign w:val="center"/>
          </w:tcPr>
          <w:p>
            <w:pPr>
              <w:spacing w:after="0" w:before="0"/>
            </w:pPr>
            <w:r>
              <w:rPr>
                <w:b/>
                <w:i w:val="0"/>
                <w:color w:val="1E2A78"/>
                <w:sz w:val="19"/>
              </w:rPr>
              <w:t>Agreement dated</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Variation number</w:t>
            </w:r>
          </w:p>
        </w:tc>
        <w:tc>
          <w:tcPr>
            <w:tcW w:type="dxa" w:w="2988"/>
          </w:tcPr>
          <w:p>
            <w:pPr>
              <w:spacing w:after="0" w:before="0"/>
            </w:pPr>
          </w:p>
        </w:tc>
      </w:tr>
    </w:tbl>
    <w:p>
      <w:pPr>
        <w:spacing w:after="80" w:before="0" w:line="192" w:lineRule="auto"/>
      </w:pP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3213"/>
        <w:gridCol w:w="3213"/>
        <w:gridCol w:w="3213"/>
      </w:tblGrid>
      <w:tr>
        <w:trPr>
          <w:cantSplit/>
          <w:tblHeader/>
        </w:trPr>
        <w:tc>
          <w:tcPr>
            <w:tcW w:type="dxa" w:w="3277"/>
            <w:shd w:val="clear" w:color="auto" w:fill="1E2A78"/>
            <w:vAlign w:val="center"/>
          </w:tcPr>
          <w:p>
            <w:pPr>
              <w:spacing w:after="0" w:before="0"/>
            </w:pPr>
            <w:r>
              <w:rPr>
                <w:b/>
                <w:i w:val="0"/>
                <w:color w:val="FFFFFF"/>
                <w:sz w:val="18"/>
              </w:rPr>
              <w:t>What is changing (clause or support)</w:t>
            </w:r>
          </w:p>
        </w:tc>
        <w:tc>
          <w:tcPr>
            <w:tcW w:type="dxa" w:w="3180"/>
            <w:shd w:val="clear" w:color="auto" w:fill="1E2A78"/>
            <w:vAlign w:val="center"/>
          </w:tcPr>
          <w:p>
            <w:pPr>
              <w:spacing w:after="0" w:before="0"/>
            </w:pPr>
            <w:r>
              <w:rPr>
                <w:b/>
                <w:i w:val="0"/>
                <w:color w:val="FFFFFF"/>
                <w:sz w:val="18"/>
              </w:rPr>
              <w:t>Was</w:t>
            </w:r>
          </w:p>
        </w:tc>
        <w:tc>
          <w:tcPr>
            <w:tcW w:type="dxa" w:w="3180"/>
            <w:shd w:val="clear" w:color="auto" w:fill="1E2A78"/>
            <w:vAlign w:val="center"/>
          </w:tcPr>
          <w:p>
            <w:pPr>
              <w:spacing w:after="0" w:before="0"/>
            </w:pPr>
            <w:r>
              <w:rPr>
                <w:b/>
                <w:i w:val="0"/>
                <w:color w:val="FFFFFF"/>
                <w:sz w:val="18"/>
              </w:rPr>
              <w:t>Now</w:t>
            </w:r>
          </w:p>
        </w:tc>
      </w:tr>
      <w:tr>
        <w:trPr>
          <w:cantSplit/>
          <w:trHeight w:val="482" w:hRule="atLeast"/>
        </w:trPr>
        <w:tc>
          <w:tcPr>
            <w:tcW w:type="dxa" w:w="3277"/>
          </w:tcPr>
          <w:p>
            <w:pPr>
              <w:spacing w:after="0" w:before="0"/>
            </w:pPr>
          </w:p>
        </w:tc>
        <w:tc>
          <w:tcPr>
            <w:tcW w:type="dxa" w:w="3180"/>
          </w:tcPr>
          <w:p>
            <w:pPr>
              <w:spacing w:after="0" w:before="0"/>
            </w:pPr>
          </w:p>
        </w:tc>
        <w:tc>
          <w:tcPr>
            <w:tcW w:type="dxa" w:w="3180"/>
          </w:tcPr>
          <w:p>
            <w:pPr>
              <w:spacing w:after="0" w:before="0"/>
            </w:pPr>
          </w:p>
        </w:tc>
      </w:tr>
      <w:tr>
        <w:trPr>
          <w:cantSplit/>
          <w:trHeight w:val="482" w:hRule="atLeast"/>
        </w:trPr>
        <w:tc>
          <w:tcPr>
            <w:tcW w:type="dxa" w:w="3277"/>
          </w:tcPr>
          <w:p>
            <w:pPr>
              <w:spacing w:after="0" w:before="0"/>
            </w:pPr>
          </w:p>
        </w:tc>
        <w:tc>
          <w:tcPr>
            <w:tcW w:type="dxa" w:w="3180"/>
          </w:tcPr>
          <w:p>
            <w:pPr>
              <w:spacing w:after="0" w:before="0"/>
            </w:pPr>
          </w:p>
        </w:tc>
        <w:tc>
          <w:tcPr>
            <w:tcW w:type="dxa" w:w="3180"/>
          </w:tcPr>
          <w:p>
            <w:pPr>
              <w:spacing w:after="0" w:before="0"/>
            </w:pPr>
          </w:p>
        </w:tc>
      </w:tr>
      <w:tr>
        <w:trPr>
          <w:cantSplit/>
          <w:trHeight w:val="482" w:hRule="atLeast"/>
        </w:trPr>
        <w:tc>
          <w:tcPr>
            <w:tcW w:type="dxa" w:w="3277"/>
          </w:tcPr>
          <w:p>
            <w:pPr>
              <w:spacing w:after="0" w:before="0"/>
            </w:pPr>
          </w:p>
        </w:tc>
        <w:tc>
          <w:tcPr>
            <w:tcW w:type="dxa" w:w="3180"/>
          </w:tcPr>
          <w:p>
            <w:pPr>
              <w:spacing w:after="0" w:before="0"/>
            </w:pPr>
          </w:p>
        </w:tc>
        <w:tc>
          <w:tcPr>
            <w:tcW w:type="dxa" w:w="3180"/>
          </w:tcPr>
          <w:p>
            <w:pPr>
              <w:spacing w:after="0" w:before="0"/>
            </w:pPr>
          </w:p>
        </w:tc>
      </w:tr>
      <w:tr>
        <w:trPr>
          <w:cantSplit/>
          <w:trHeight w:val="482" w:hRule="atLeast"/>
        </w:trPr>
        <w:tc>
          <w:tcPr>
            <w:tcW w:type="dxa" w:w="3277"/>
          </w:tcPr>
          <w:p>
            <w:pPr>
              <w:spacing w:after="0" w:before="0"/>
            </w:pPr>
          </w:p>
        </w:tc>
        <w:tc>
          <w:tcPr>
            <w:tcW w:type="dxa" w:w="3180"/>
          </w:tcPr>
          <w:p>
            <w:pPr>
              <w:spacing w:after="0" w:before="0"/>
            </w:pPr>
          </w:p>
        </w:tc>
        <w:tc>
          <w:tcPr>
            <w:tcW w:type="dxa" w:w="3180"/>
          </w:tcPr>
          <w:p>
            <w:pPr>
              <w:spacing w:after="0" w:before="0"/>
            </w:pPr>
          </w:p>
        </w:tc>
      </w:tr>
    </w:tbl>
    <w:p>
      <w:pPr>
        <w:spacing w:after="80" w:before="0" w:line="192" w:lineRule="auto"/>
      </w:pP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2409"/>
        <w:gridCol w:w="2409"/>
        <w:gridCol w:w="2409"/>
        <w:gridCol w:w="2409"/>
      </w:tblGrid>
      <w:tr>
        <w:trPr>
          <w:cantSplit/>
          <w:trHeight w:val="482" w:hRule="atLeast"/>
        </w:trPr>
        <w:tc>
          <w:tcPr>
            <w:tcW w:type="dxa" w:w="1831"/>
            <w:shd w:val="clear" w:color="auto" w:fill="F1F3FB"/>
            <w:vAlign w:val="center"/>
          </w:tcPr>
          <w:p>
            <w:pPr>
              <w:spacing w:after="0" w:before="0"/>
            </w:pPr>
            <w:r>
              <w:rPr>
                <w:b/>
                <w:i w:val="0"/>
                <w:color w:val="1E2A78"/>
                <w:sz w:val="19"/>
              </w:rPr>
              <w:t>Change starts on</w:t>
            </w:r>
          </w:p>
        </w:tc>
        <w:tc>
          <w:tcPr>
            <w:tcW w:type="dxa" w:w="2988"/>
          </w:tcPr>
          <w:p>
            <w:pPr>
              <w:spacing w:after="0" w:before="0"/>
            </w:pPr>
          </w:p>
        </w:tc>
        <w:tc>
          <w:tcPr>
            <w:tcW w:type="dxa" w:w="1831"/>
            <w:shd w:val="clear" w:color="auto" w:fill="F1F3FB"/>
            <w:vAlign w:val="center"/>
          </w:tcPr>
          <w:p>
            <w:pPr>
              <w:spacing w:after="0" w:before="0"/>
            </w:pPr>
            <w:r>
              <w:rPr>
                <w:b/>
                <w:i w:val="0"/>
                <w:color w:val="1E2A78"/>
                <w:sz w:val="19"/>
              </w:rPr>
              <w:t>Reason</w:t>
            </w:r>
          </w:p>
        </w:tc>
        <w:tc>
          <w:tcPr>
            <w:tcW w:type="dxa" w:w="2988"/>
          </w:tcPr>
          <w:p>
            <w:pPr>
              <w:spacing w:after="0" w:before="0"/>
            </w:pPr>
          </w:p>
        </w:tc>
      </w:tr>
    </w:tbl>
    <w:p>
      <w:pPr>
        <w:spacing w:after="80" w:before="0" w:line="192" w:lineRule="auto"/>
      </w:pPr>
    </w:p>
    <w:p>
      <w:r>
        <w:rPr>
          <w:b w:val="0"/>
          <w:i w:val="0"/>
        </w:rPr>
        <w:t>Everything else in the agreement stays the same.</w:t>
      </w:r>
    </w:p>
    <w:tbl>
      <w:tblPr>
        <w:tblW w:type="auto" w:w="0"/>
        <w:jc w:val="center"/>
        <w:tblLook w:firstColumn="1" w:firstRow="1" w:lastColumn="0" w:lastRow="0" w:noHBand="0" w:noVBand="1" w:val="04A0"/>
        <w:tblBorders>
          <w:top w:val="single" w:sz="4" w:color="D4D8EA"/>
          <w:left w:val="single" w:sz="4" w:color="D4D8EA"/>
          <w:bottom w:val="single" w:sz="4" w:color="D4D8EA"/>
          <w:right w:val="single" w:sz="4" w:color="D4D8EA"/>
          <w:insideH w:val="single" w:sz="4" w:color="D4D8EA"/>
          <w:insideV w:val="single" w:sz="4" w:color="D4D8EA"/>
        </w:tblBorders>
        <w:tblCellMar>
          <w:top w:w="70" w:type="dxa"/>
          <w:left w:w="120" w:type="dxa"/>
          <w:bottom w:w="70" w:type="dxa"/>
          <w:right w:w="120" w:type="dxa"/>
        </w:tblCellMar>
      </w:tblPr>
      <w:tblGrid>
        <w:gridCol w:w="3213"/>
        <w:gridCol w:w="3213"/>
        <w:gridCol w:w="3213"/>
      </w:tblGrid>
      <w:tr>
        <w:trPr>
          <w:cantSplit/>
          <w:tblHeader/>
        </w:trPr>
        <w:tc>
          <w:tcPr>
            <w:tcW w:type="dxa" w:w="1928"/>
            <w:shd w:val="clear" w:color="auto" w:fill="1E2A78"/>
            <w:vAlign w:val="center"/>
          </w:tcPr>
          <w:p>
            <w:pPr>
              <w:spacing w:after="0" w:before="0"/>
            </w:pPr>
          </w:p>
        </w:tc>
        <w:tc>
          <w:tcPr>
            <w:tcW w:type="dxa" w:w="3855"/>
            <w:shd w:val="clear" w:color="auto" w:fill="1E2A78"/>
            <w:vAlign w:val="center"/>
          </w:tcPr>
          <w:p>
            <w:pPr>
              <w:spacing w:after="0" w:before="0"/>
            </w:pPr>
            <w:r>
              <w:rPr>
                <w:b/>
                <w:i w:val="0"/>
                <w:color w:val="FFFFFF"/>
                <w:sz w:val="18"/>
              </w:rPr>
              <w:t>The participant or representative</w:t>
            </w:r>
          </w:p>
        </w:tc>
        <w:tc>
          <w:tcPr>
            <w:tcW w:type="dxa" w:w="3855"/>
            <w:shd w:val="clear" w:color="auto" w:fill="1E2A78"/>
            <w:vAlign w:val="center"/>
          </w:tcPr>
          <w:p>
            <w:pPr>
              <w:spacing w:after="0" w:before="0"/>
            </w:pPr>
            <w:r>
              <w:rPr>
                <w:b/>
                <w:i w:val="0"/>
                <w:color w:val="FFFFFF"/>
                <w:sz w:val="18"/>
              </w:rPr>
              <w:t>The provider</w:t>
            </w:r>
          </w:p>
        </w:tc>
      </w:tr>
      <w:tr>
        <w:trPr>
          <w:cantSplit/>
          <w:trHeight w:val="482" w:hRule="atLeast"/>
        </w:trPr>
        <w:tc>
          <w:tcPr>
            <w:tcW w:type="dxa" w:w="1928"/>
            <w:shd w:val="clear" w:color="auto" w:fill="F1F3FB"/>
            <w:vAlign w:val="center"/>
          </w:tcPr>
          <w:p>
            <w:pPr>
              <w:spacing w:after="0" w:before="0"/>
            </w:pPr>
            <w:r>
              <w:rPr>
                <w:b/>
                <w:i w:val="0"/>
                <w:color w:val="1E2A78"/>
                <w:sz w:val="19"/>
              </w:rPr>
              <w:t>Name</w:t>
            </w:r>
          </w:p>
        </w:tc>
        <w:tc>
          <w:tcPr>
            <w:tcW w:type="dxa" w:w="3855"/>
          </w:tcPr>
          <w:p>
            <w:pPr>
              <w:spacing w:after="0" w:before="0"/>
            </w:pPr>
          </w:p>
        </w:tc>
        <w:tc>
          <w:tcPr>
            <w:tcW w:type="dxa" w:w="3855"/>
          </w:tcPr>
          <w:p>
            <w:pPr>
              <w:spacing w:after="0" w:before="0"/>
            </w:pPr>
          </w:p>
        </w:tc>
      </w:tr>
      <w:tr>
        <w:trPr>
          <w:cantSplit/>
          <w:trHeight w:val="964" w:hRule="atLeast"/>
        </w:trPr>
        <w:tc>
          <w:tcPr>
            <w:tcW w:type="dxa" w:w="1928"/>
            <w:shd w:val="clear" w:color="auto" w:fill="F1F3FB"/>
            <w:vAlign w:val="center"/>
          </w:tcPr>
          <w:p>
            <w:pPr>
              <w:spacing w:after="0" w:before="0"/>
            </w:pPr>
            <w:r>
              <w:rPr>
                <w:b/>
                <w:i w:val="0"/>
                <w:color w:val="1E2A78"/>
                <w:sz w:val="19"/>
              </w:rPr>
              <w:t>Signature</w:t>
            </w:r>
          </w:p>
        </w:tc>
        <w:tc>
          <w:tcPr>
            <w:tcW w:type="dxa" w:w="3855"/>
          </w:tcPr>
          <w:p>
            <w:pPr>
              <w:spacing w:after="0" w:before="0"/>
            </w:pPr>
          </w:p>
        </w:tc>
        <w:tc>
          <w:tcPr>
            <w:tcW w:type="dxa" w:w="3855"/>
          </w:tcPr>
          <w:p>
            <w:pPr>
              <w:spacing w:after="0" w:before="0"/>
            </w:pPr>
          </w:p>
        </w:tc>
      </w:tr>
      <w:tr>
        <w:trPr>
          <w:cantSplit/>
          <w:trHeight w:val="482" w:hRule="atLeast"/>
        </w:trPr>
        <w:tc>
          <w:tcPr>
            <w:tcW w:type="dxa" w:w="1928"/>
            <w:shd w:val="clear" w:color="auto" w:fill="F1F3FB"/>
            <w:vAlign w:val="center"/>
          </w:tcPr>
          <w:p>
            <w:pPr>
              <w:spacing w:after="0" w:before="0"/>
            </w:pPr>
            <w:r>
              <w:rPr>
                <w:b/>
                <w:i w:val="0"/>
                <w:color w:val="1E2A78"/>
                <w:sz w:val="19"/>
              </w:rPr>
              <w:t>Date</w:t>
            </w:r>
          </w:p>
        </w:tc>
        <w:tc>
          <w:tcPr>
            <w:tcW w:type="dxa" w:w="3855"/>
          </w:tcPr>
          <w:p>
            <w:pPr>
              <w:spacing w:after="0" w:before="0"/>
            </w:pPr>
          </w:p>
        </w:tc>
        <w:tc>
          <w:tcPr>
            <w:tcW w:type="dxa" w:w="3855"/>
          </w:tcPr>
          <w:p>
            <w:pPr>
              <w:spacing w:after="0" w:before="0"/>
            </w:pPr>
          </w:p>
        </w:tc>
      </w:tr>
    </w:tbl>
    <w:p>
      <w:pPr>
        <w:spacing w:after="80" w:before="0" w:line="192" w:lineRule="auto"/>
      </w:pPr>
    </w:p>
    <w:p>
      <w:r>
        <w:rPr>
          <w:b w:val="0"/>
          <w:i w:val="0"/>
          <w:color w:val="5A6178"/>
          <w:sz w:val="17"/>
        </w:rPr>
        <w:t>Template version 2026-10 (October 2026), checked 23 October 2026. General information, not legal advice. Free from rostery.com.au/tools/ndis-service-agreement-template.</w:t>
      </w:r>
    </w:p>
    <w:sectPr w:rsidR="00FC693F" w:rsidRPr="0006063C" w:rsidSect="00034616">
      <w:headerReference w:type="default" r:id="rId9"/>
      <w:footerReference w:type="default" r:id="rId10"/>
      <w:footerReference w:type="first" r:id="rId11"/>
      <w:pgSz w:w="11906" w:h="16838"/>
      <w:pgMar w:top="1020" w:right="1134" w:bottom="1077" w:left="1134"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before="0"/>
    </w:pPr>
    <w:r>
      <w:rPr>
        <w:color w:val="5A6178"/>
        <w:sz w:val="13"/>
      </w:rPr>
      <w:t>NDIS service agreement template v2026-10 (October 2026). Checked against the NDIS Pricing Schedule 2026-27, PAPL 2025-26 v1.1 and the NDIA template (Oct 2026). General information, not legal advice.</w:t>
    </w:r>
  </w:p>
  <w:p>
    <w:pPr>
      <w:jc w:val="right"/>
    </w:pPr>
    <w:r>
      <w:rPr>
        <w:color w:val="5A6178"/>
        <w:sz w:val="15"/>
      </w:rPr>
      <w:t xml:space="preserve">Page </w:t>
    </w:r>
    <w:fldSimple w:instr="PAGE">
      <w:r>
        <w:rPr>
          <w:sz w:val="15"/>
          <w:color w:val="5A6178"/>
        </w:rPr>
        <w:t>1</w:t>
      </w:r>
    </w:fldSimple>
    <w:r>
      <w:rPr>
        <w:color w:val="5A6178"/>
        <w:sz w:val="15"/>
      </w:rPr>
      <w:t xml:space="preserve"> of </w:t>
    </w:r>
    <w:fldSimple w:instr="NUMPAGES">
      <w:r>
        <w:rPr>
          <w:sz w:val="15"/>
          <w:color w:val="5A617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40" w:before="0"/>
    </w:pPr>
    <w:r>
      <w:rPr>
        <w:color w:val="5A6178"/>
        <w:sz w:val="13"/>
      </w:rPr>
      <w:t>NDIS service agreement template v2026-10 (October 2026). Checked against the NDIS Pricing Schedule 2026-27, PAPL 2025-26 v1.1 and the NDIA template (Oct 2026). General information, not legal advice.</w:t>
    </w:r>
  </w:p>
  <w:p>
    <w:pPr>
      <w:jc w:val="right"/>
    </w:pPr>
    <w:r>
      <w:rPr>
        <w:color w:val="5A6178"/>
        <w:sz w:val="15"/>
      </w:rPr>
      <w:t xml:space="preserve">Page </w:t>
    </w:r>
    <w:fldSimple w:instr="PAGE">
      <w:r>
        <w:rPr>
          <w:sz w:val="15"/>
          <w:color w:val="5A6178"/>
        </w:rPr>
        <w:t>1</w:t>
      </w:r>
    </w:fldSimple>
    <w:r>
      <w:rPr>
        <w:color w:val="5A6178"/>
        <w:sz w:val="15"/>
      </w:rPr>
      <w:t xml:space="preserve"> of </w:t>
    </w:r>
    <w:fldSimple w:instr="NUMPAGES">
      <w:r>
        <w:rPr>
          <w:sz w:val="15"/>
          <w:color w:val="5A6178"/>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6" w:space="4" w:color="D4D8EA"/>
      </w:pBdr>
    </w:pPr>
    <w:r>
      <w:rPr>
        <w:b/>
        <w:color w:val="1E2A78"/>
        <w:sz w:val="16"/>
      </w:rPr>
      <w:t>NDIS Service Agreement (sole trader)</w:t>
    </w:r>
    <w:r>
      <w:rPr>
        <w:color w:val="5A6178"/>
        <w:sz w:val="16"/>
      </w:rPr>
      <w:tab/>
      <w:t>Template version 2026-10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w:hAnsi="Arial" w:eastAsia="Arial" w:cs="Arial"/>
      <w:b w:val="0"/>
      <w:i w:val="0"/>
      <w:color w:val="1A1F36"/>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Arial" w:hAnsi="Arial" w:eastAsia="Arial" w:cs="Arial"/>
      <w:b/>
      <w:bCs/>
      <w:i w:val="0"/>
      <w:color w:val="1E2A78"/>
      <w:sz w:val="36"/>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Arial" w:hAnsi="Arial" w:eastAsia="Arial" w:cs="Arial"/>
      <w:b/>
      <w:bCs/>
      <w:i w:val="0"/>
      <w:color w:val="1E2A78"/>
      <w:sz w:val="28"/>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Arial" w:hAnsi="Arial" w:eastAsia="Arial" w:cs="Arial"/>
      <w:b/>
      <w:bCs/>
      <w:i w:val="0"/>
      <w:color w:val="1E2A78"/>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40" w:line="240" w:lineRule="auto" w:before="0"/>
      <w:contextualSpacing/>
    </w:pPr>
    <w:rPr>
      <w:rFonts w:ascii="Arial" w:hAnsi="Arial" w:eastAsia="Arial" w:cs="Arial"/>
      <w:b/>
      <w:i w:val="0"/>
      <w:color w:val="1E2A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eastAsia="Arial" w:cs="Arial"/>
      <w:b w:val="0"/>
      <w:i w:val="0"/>
      <w:color w:val="1A1F36"/>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NDIS service agreement template (sole trader version), October 2026</dc:title>
  <dc:subject>NDIS service agreement template</dc:subject>
  <dc:creator>Rostery</dc:creator>
  <cp:keywords>NDIS, service agreement, template, Schedule of Supports, 2026-27</cp:keywords>
  <dc:description>Version 2026-10, checked 23 October 2026. General information, not legal advice. rostery.com.au/tools/ndis-service-agreement-template</dc:description>
  <cp:lastModifiedBy>Rostery</cp:lastModifiedBy>
  <cp:revision>1</cp:revision>
  <dcterms:created xsi:type="dcterms:W3CDTF">2026-10-23T09:00:00Z</dcterms:created>
  <dcterms:modified xsi:type="dcterms:W3CDTF">2026-10-23T09:00:00Z</dcterms:modified>
  <cp:category/>
  <dc:language>en-AU</dc:language>
</cp:coreProperties>
</file>